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26BD1" w14:textId="69CF09CF" w:rsidR="001279E8" w:rsidRPr="00441FF2" w:rsidRDefault="00000000" w:rsidP="00B26348">
      <w:pPr>
        <w:jc w:val="center"/>
        <w:rPr>
          <w:rFonts w:asciiTheme="majorHAnsi" w:hAnsiTheme="majorHAnsi" w:cstheme="majorHAnsi"/>
          <w:b/>
          <w:sz w:val="28"/>
          <w:szCs w:val="28"/>
          <w:lang w:val="cs-CZ"/>
        </w:rPr>
      </w:pPr>
      <w:r w:rsidRPr="00441FF2">
        <w:rPr>
          <w:rFonts w:asciiTheme="majorHAnsi" w:hAnsiTheme="majorHAnsi" w:cstheme="majorHAnsi"/>
          <w:b/>
          <w:sz w:val="28"/>
          <w:szCs w:val="28"/>
          <w:lang w:val="cs-CZ"/>
        </w:rPr>
        <w:t xml:space="preserve">Hollywood mu nabízel peníze, </w:t>
      </w:r>
      <w:proofErr w:type="spellStart"/>
      <w:r w:rsidRPr="00441FF2">
        <w:rPr>
          <w:rFonts w:asciiTheme="majorHAnsi" w:hAnsiTheme="majorHAnsi" w:cstheme="majorHAnsi"/>
          <w:b/>
          <w:sz w:val="28"/>
          <w:szCs w:val="28"/>
          <w:lang w:val="cs-CZ"/>
        </w:rPr>
        <w:t>Stallone</w:t>
      </w:r>
      <w:proofErr w:type="spellEnd"/>
      <w:r w:rsidRPr="00441FF2">
        <w:rPr>
          <w:rFonts w:asciiTheme="majorHAnsi" w:hAnsiTheme="majorHAnsi" w:cstheme="majorHAnsi"/>
          <w:b/>
          <w:sz w:val="28"/>
          <w:szCs w:val="28"/>
          <w:lang w:val="cs-CZ"/>
        </w:rPr>
        <w:t xml:space="preserve"> ale odmítl. Chtěl jediné: být </w:t>
      </w:r>
      <w:proofErr w:type="spellStart"/>
      <w:r w:rsidRPr="00441FF2">
        <w:rPr>
          <w:rFonts w:asciiTheme="majorHAnsi" w:hAnsiTheme="majorHAnsi" w:cstheme="majorHAnsi"/>
          <w:b/>
          <w:sz w:val="28"/>
          <w:szCs w:val="28"/>
          <w:lang w:val="cs-CZ"/>
        </w:rPr>
        <w:t>Rockym</w:t>
      </w:r>
      <w:proofErr w:type="spellEnd"/>
      <w:r w:rsidRPr="00441FF2">
        <w:rPr>
          <w:rFonts w:asciiTheme="majorHAnsi" w:hAnsiTheme="majorHAnsi" w:cstheme="majorHAnsi"/>
          <w:b/>
          <w:sz w:val="28"/>
          <w:szCs w:val="28"/>
          <w:lang w:val="cs-CZ"/>
        </w:rPr>
        <w:t>!</w:t>
      </w:r>
      <w:r w:rsidR="00CA01E0" w:rsidRPr="00441FF2">
        <w:rPr>
          <w:rFonts w:asciiTheme="majorHAnsi" w:hAnsiTheme="majorHAnsi" w:cstheme="majorHAnsi"/>
          <w:b/>
          <w:sz w:val="28"/>
          <w:szCs w:val="28"/>
          <w:lang w:val="cs-CZ"/>
        </w:rPr>
        <w:t xml:space="preserve"> Neuvěřitelný příběh Já, Rocky představuje trailer</w:t>
      </w:r>
    </w:p>
    <w:p w14:paraId="5F0B0129" w14:textId="77777777" w:rsidR="00B4166F" w:rsidRPr="00441FF2" w:rsidRDefault="00000000" w:rsidP="00441FF2">
      <w:pPr>
        <w:rPr>
          <w:rFonts w:asciiTheme="majorHAnsi" w:hAnsiTheme="majorHAnsi" w:cstheme="majorHAnsi"/>
          <w:b/>
          <w:sz w:val="22"/>
          <w:lang w:val="cs-CZ"/>
        </w:rPr>
      </w:pPr>
      <w:r w:rsidRPr="00441FF2">
        <w:rPr>
          <w:rFonts w:asciiTheme="majorHAnsi" w:hAnsiTheme="majorHAnsi" w:cstheme="majorHAnsi"/>
          <w:b/>
          <w:sz w:val="22"/>
          <w:lang w:val="cs-CZ"/>
        </w:rPr>
        <w:t xml:space="preserve">Před padesáti lety dal Sylvester </w:t>
      </w:r>
      <w:proofErr w:type="spellStart"/>
      <w:r w:rsidRPr="00441FF2">
        <w:rPr>
          <w:rFonts w:asciiTheme="majorHAnsi" w:hAnsiTheme="majorHAnsi" w:cstheme="majorHAnsi"/>
          <w:b/>
          <w:sz w:val="22"/>
          <w:lang w:val="cs-CZ"/>
        </w:rPr>
        <w:t>Stallone</w:t>
      </w:r>
      <w:proofErr w:type="spellEnd"/>
      <w:r w:rsidRPr="00441FF2">
        <w:rPr>
          <w:rFonts w:asciiTheme="majorHAnsi" w:hAnsiTheme="majorHAnsi" w:cstheme="majorHAnsi"/>
          <w:b/>
          <w:sz w:val="22"/>
          <w:lang w:val="cs-CZ"/>
        </w:rPr>
        <w:t xml:space="preserve"> světu </w:t>
      </w:r>
      <w:proofErr w:type="spellStart"/>
      <w:r w:rsidRPr="00441FF2">
        <w:rPr>
          <w:rFonts w:asciiTheme="majorHAnsi" w:hAnsiTheme="majorHAnsi" w:cstheme="majorHAnsi"/>
          <w:b/>
          <w:sz w:val="22"/>
          <w:lang w:val="cs-CZ"/>
        </w:rPr>
        <w:t>Rockyho</w:t>
      </w:r>
      <w:proofErr w:type="spellEnd"/>
      <w:r w:rsidRPr="00441FF2">
        <w:rPr>
          <w:rFonts w:asciiTheme="majorHAnsi" w:hAnsiTheme="majorHAnsi" w:cstheme="majorHAnsi"/>
          <w:b/>
          <w:sz w:val="22"/>
          <w:lang w:val="cs-CZ"/>
        </w:rPr>
        <w:t xml:space="preserve">. Než se ale stal hollywoodskou legendou, musel vybojovat </w:t>
      </w:r>
      <w:r w:rsidR="00FF7575" w:rsidRPr="00441FF2">
        <w:rPr>
          <w:rFonts w:asciiTheme="majorHAnsi" w:hAnsiTheme="majorHAnsi" w:cstheme="majorHAnsi"/>
          <w:b/>
          <w:sz w:val="22"/>
          <w:lang w:val="cs-CZ"/>
        </w:rPr>
        <w:t xml:space="preserve">ten nejtěžší </w:t>
      </w:r>
      <w:r w:rsidRPr="00441FF2">
        <w:rPr>
          <w:rFonts w:asciiTheme="majorHAnsi" w:hAnsiTheme="majorHAnsi" w:cstheme="majorHAnsi"/>
          <w:b/>
          <w:sz w:val="22"/>
          <w:lang w:val="cs-CZ"/>
        </w:rPr>
        <w:t>zápas</w:t>
      </w:r>
      <w:r w:rsidR="00FF7575" w:rsidRPr="00441FF2">
        <w:rPr>
          <w:rFonts w:asciiTheme="majorHAnsi" w:hAnsiTheme="majorHAnsi" w:cstheme="majorHAnsi"/>
          <w:b/>
          <w:sz w:val="22"/>
          <w:lang w:val="cs-CZ"/>
        </w:rPr>
        <w:t>.</w:t>
      </w:r>
      <w:r w:rsidRPr="00441FF2">
        <w:rPr>
          <w:rFonts w:asciiTheme="majorHAnsi" w:hAnsiTheme="majorHAnsi" w:cstheme="majorHAnsi"/>
          <w:b/>
          <w:sz w:val="22"/>
          <w:lang w:val="cs-CZ"/>
        </w:rPr>
        <w:t xml:space="preserve"> Byl neznámý, bez peněz a jistoty, že mu vůbec někdo dá šanci. Měl ale příběh </w:t>
      </w:r>
      <w:proofErr w:type="spellStart"/>
      <w:r w:rsidRPr="00441FF2">
        <w:rPr>
          <w:rFonts w:asciiTheme="majorHAnsi" w:hAnsiTheme="majorHAnsi" w:cstheme="majorHAnsi"/>
          <w:b/>
          <w:sz w:val="22"/>
          <w:lang w:val="cs-CZ"/>
        </w:rPr>
        <w:t>Rockyho</w:t>
      </w:r>
      <w:proofErr w:type="spellEnd"/>
      <w:r w:rsidRPr="00441FF2">
        <w:rPr>
          <w:rFonts w:asciiTheme="majorHAnsi" w:hAnsiTheme="majorHAnsi" w:cstheme="majorHAnsi"/>
          <w:b/>
          <w:sz w:val="22"/>
          <w:lang w:val="cs-CZ"/>
        </w:rPr>
        <w:t xml:space="preserve"> </w:t>
      </w:r>
      <w:proofErr w:type="spellStart"/>
      <w:r w:rsidRPr="00441FF2">
        <w:rPr>
          <w:rFonts w:asciiTheme="majorHAnsi" w:hAnsiTheme="majorHAnsi" w:cstheme="majorHAnsi"/>
          <w:b/>
          <w:sz w:val="22"/>
          <w:lang w:val="cs-CZ"/>
        </w:rPr>
        <w:t>Balboy</w:t>
      </w:r>
      <w:proofErr w:type="spellEnd"/>
      <w:r w:rsidRPr="00441FF2">
        <w:rPr>
          <w:rFonts w:asciiTheme="majorHAnsi" w:hAnsiTheme="majorHAnsi" w:cstheme="majorHAnsi"/>
          <w:b/>
          <w:sz w:val="22"/>
          <w:lang w:val="cs-CZ"/>
        </w:rPr>
        <w:t xml:space="preserve"> a odmítal se ho vzdát. Skutečný a téměř neuvěřitelný příběh zrodu filmové legendy přináší nový americký snímek </w:t>
      </w:r>
      <w:r w:rsidRPr="00441FF2">
        <w:rPr>
          <w:rFonts w:asciiTheme="majorHAnsi" w:hAnsiTheme="majorHAnsi" w:cstheme="majorHAnsi"/>
          <w:b/>
          <w:i/>
          <w:iCs/>
          <w:sz w:val="22"/>
          <w:lang w:val="cs-CZ"/>
        </w:rPr>
        <w:t>Já, Rocky</w:t>
      </w:r>
      <w:r w:rsidRPr="00441FF2">
        <w:rPr>
          <w:rFonts w:asciiTheme="majorHAnsi" w:hAnsiTheme="majorHAnsi" w:cstheme="majorHAnsi"/>
          <w:b/>
          <w:sz w:val="22"/>
          <w:lang w:val="cs-CZ"/>
        </w:rPr>
        <w:t xml:space="preserve">. Film oscarového režiséra Petera </w:t>
      </w:r>
      <w:proofErr w:type="spellStart"/>
      <w:r w:rsidRPr="00441FF2">
        <w:rPr>
          <w:rFonts w:asciiTheme="majorHAnsi" w:hAnsiTheme="majorHAnsi" w:cstheme="majorHAnsi"/>
          <w:b/>
          <w:sz w:val="22"/>
          <w:lang w:val="cs-CZ"/>
        </w:rPr>
        <w:t>Farrellyho</w:t>
      </w:r>
      <w:proofErr w:type="spellEnd"/>
      <w:r w:rsidRPr="00441FF2">
        <w:rPr>
          <w:rFonts w:asciiTheme="majorHAnsi" w:hAnsiTheme="majorHAnsi" w:cstheme="majorHAnsi"/>
          <w:b/>
          <w:sz w:val="22"/>
          <w:lang w:val="cs-CZ"/>
        </w:rPr>
        <w:t xml:space="preserve"> se ve světové premiéře představí na Toronto Film Festivalu a čeští diváci jej uvidí v kinech od 19. listopadu.</w:t>
      </w:r>
      <w:r w:rsidR="00B26348" w:rsidRPr="00441FF2">
        <w:rPr>
          <w:rFonts w:asciiTheme="majorHAnsi" w:hAnsiTheme="majorHAnsi" w:cstheme="majorHAnsi"/>
          <w:b/>
          <w:sz w:val="22"/>
          <w:lang w:val="cs-CZ"/>
        </w:rPr>
        <w:t xml:space="preserve"> </w:t>
      </w:r>
      <w:r w:rsidR="0080798B" w:rsidRPr="00441FF2">
        <w:rPr>
          <w:rFonts w:asciiTheme="majorHAnsi" w:hAnsiTheme="majorHAnsi" w:cstheme="majorHAnsi"/>
          <w:b/>
          <w:sz w:val="22"/>
          <w:lang w:val="cs-CZ"/>
        </w:rPr>
        <w:t xml:space="preserve">V hlavní roli se představí Anthony </w:t>
      </w:r>
      <w:proofErr w:type="spellStart"/>
      <w:r w:rsidR="0080798B" w:rsidRPr="00441FF2">
        <w:rPr>
          <w:rFonts w:asciiTheme="majorHAnsi" w:hAnsiTheme="majorHAnsi" w:cstheme="majorHAnsi"/>
          <w:b/>
          <w:sz w:val="22"/>
          <w:lang w:val="cs-CZ"/>
        </w:rPr>
        <w:t>Ippolito</w:t>
      </w:r>
      <w:proofErr w:type="spellEnd"/>
      <w:r w:rsidR="0080798B" w:rsidRPr="00441FF2">
        <w:rPr>
          <w:rFonts w:asciiTheme="majorHAnsi" w:hAnsiTheme="majorHAnsi" w:cstheme="majorHAnsi"/>
          <w:b/>
          <w:sz w:val="22"/>
          <w:lang w:val="cs-CZ"/>
        </w:rPr>
        <w:t>. Snímek n</w:t>
      </w:r>
      <w:r w:rsidR="005807AC" w:rsidRPr="00441FF2">
        <w:rPr>
          <w:rFonts w:asciiTheme="majorHAnsi" w:hAnsiTheme="majorHAnsi" w:cstheme="majorHAnsi"/>
          <w:b/>
          <w:sz w:val="22"/>
          <w:lang w:val="cs-CZ"/>
        </w:rPr>
        <w:t>yní představuje trailer</w:t>
      </w:r>
      <w:r w:rsidR="00B4166F" w:rsidRPr="00441FF2">
        <w:rPr>
          <w:rFonts w:asciiTheme="majorHAnsi" w:hAnsiTheme="majorHAnsi" w:cstheme="majorHAnsi"/>
          <w:b/>
          <w:sz w:val="22"/>
          <w:lang w:val="cs-CZ"/>
        </w:rPr>
        <w:t xml:space="preserve">. </w:t>
      </w:r>
    </w:p>
    <w:p w14:paraId="6B50E166" w14:textId="77777777" w:rsidR="00B4166F" w:rsidRPr="00441FF2" w:rsidRDefault="00B4166F" w:rsidP="00441FF2">
      <w:pPr>
        <w:jc w:val="both"/>
        <w:rPr>
          <w:rFonts w:asciiTheme="majorHAnsi" w:hAnsiTheme="majorHAnsi" w:cstheme="majorHAnsi"/>
          <w:b/>
          <w:bCs/>
          <w:sz w:val="20"/>
          <w:szCs w:val="20"/>
          <w:lang w:val="cs-CZ"/>
        </w:rPr>
      </w:pPr>
      <w:r w:rsidRPr="00441FF2">
        <w:rPr>
          <w:rFonts w:asciiTheme="majorHAnsi" w:hAnsiTheme="majorHAnsi" w:cstheme="majorHAnsi"/>
          <w:bCs/>
          <w:sz w:val="22"/>
          <w:lang w:val="cs-CZ"/>
        </w:rPr>
        <w:t xml:space="preserve">Ke stažení: </w:t>
      </w:r>
      <w:hyperlink r:id="rId6" w:anchor="I0ztI7i0u76o-HoANPScCg" w:history="1">
        <w:r w:rsidRPr="00441FF2">
          <w:rPr>
            <w:rStyle w:val="Hypertextovodkaz"/>
            <w:rFonts w:asciiTheme="majorHAnsi" w:hAnsiTheme="majorHAnsi" w:cstheme="majorHAnsi"/>
            <w:bCs/>
            <w:sz w:val="22"/>
            <w:lang w:val="cs-CZ"/>
          </w:rPr>
          <w:t>https://mega.nz/folder/8r50VQJZ#I0ztI7i0u76o-HoANPScCg</w:t>
        </w:r>
      </w:hyperlink>
      <w:r w:rsidR="00F43A0D" w:rsidRPr="00441FF2">
        <w:rPr>
          <w:rFonts w:asciiTheme="majorHAnsi" w:hAnsiTheme="majorHAnsi" w:cstheme="majorHAnsi"/>
          <w:bCs/>
          <w:sz w:val="22"/>
          <w:lang w:val="cs-CZ"/>
        </w:rPr>
        <w:t xml:space="preserve"> </w:t>
      </w:r>
    </w:p>
    <w:p w14:paraId="3092AB19" w14:textId="58E633EE" w:rsidR="00B4166F" w:rsidRPr="00441FF2" w:rsidRDefault="00B4166F" w:rsidP="00441FF2">
      <w:pPr>
        <w:jc w:val="both"/>
        <w:rPr>
          <w:rFonts w:asciiTheme="majorHAnsi" w:hAnsiTheme="majorHAnsi" w:cstheme="majorHAnsi"/>
          <w:bCs/>
          <w:sz w:val="22"/>
          <w:lang w:val="cs-CZ"/>
        </w:rPr>
      </w:pPr>
      <w:r w:rsidRPr="00441FF2">
        <w:rPr>
          <w:rFonts w:asciiTheme="majorHAnsi" w:hAnsiTheme="majorHAnsi" w:cstheme="majorHAnsi"/>
          <w:bCs/>
          <w:sz w:val="22"/>
          <w:lang w:val="cs-CZ"/>
        </w:rPr>
        <w:t>Ke sdílení:</w:t>
      </w:r>
      <w:r w:rsidRPr="00441FF2">
        <w:rPr>
          <w:rFonts w:asciiTheme="majorHAnsi" w:hAnsiTheme="majorHAnsi" w:cstheme="majorHAnsi"/>
          <w:b/>
          <w:bCs/>
          <w:sz w:val="20"/>
          <w:szCs w:val="20"/>
          <w:lang w:val="cs-CZ"/>
        </w:rPr>
        <w:t xml:space="preserve"> </w:t>
      </w:r>
      <w:hyperlink r:id="rId7" w:history="1">
        <w:r w:rsidRPr="00441FF2">
          <w:rPr>
            <w:rStyle w:val="Hypertextovodkaz"/>
            <w:rFonts w:asciiTheme="majorHAnsi" w:hAnsiTheme="majorHAnsi" w:cstheme="majorHAnsi"/>
            <w:bCs/>
            <w:sz w:val="22"/>
            <w:lang w:val="cs-CZ"/>
          </w:rPr>
          <w:t>https://www.youtube.com/watch?v=S9Pg-UwNOhI</w:t>
        </w:r>
      </w:hyperlink>
      <w:r w:rsidRPr="00441FF2">
        <w:rPr>
          <w:rFonts w:asciiTheme="majorHAnsi" w:hAnsiTheme="majorHAnsi" w:cstheme="majorHAnsi"/>
          <w:sz w:val="20"/>
          <w:szCs w:val="20"/>
          <w:lang w:val="cs-CZ"/>
        </w:rPr>
        <w:t xml:space="preserve"> </w:t>
      </w:r>
    </w:p>
    <w:p w14:paraId="3900348D" w14:textId="3E33F1E0" w:rsidR="00441FF2" w:rsidRDefault="005F69C5" w:rsidP="005F69C5">
      <w:pPr>
        <w:jc w:val="center"/>
        <w:rPr>
          <w:rFonts w:asciiTheme="majorHAnsi" w:hAnsiTheme="majorHAnsi" w:cstheme="majorHAnsi"/>
          <w:sz w:val="22"/>
          <w:lang w:val="cs-CZ"/>
        </w:rPr>
      </w:pPr>
      <w:r>
        <w:rPr>
          <w:noProof/>
        </w:rPr>
        <w:drawing>
          <wp:inline distT="0" distB="0" distL="0" distR="0" wp14:anchorId="30A0CC4B" wp14:editId="3254115B">
            <wp:extent cx="6201093" cy="4133726"/>
            <wp:effectExtent l="0" t="0" r="0" b="635"/>
            <wp:docPr id="130648629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7215" cy="4151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66985" w14:textId="77777777" w:rsidR="00441FF2" w:rsidRDefault="00441FF2">
      <w:pPr>
        <w:jc w:val="both"/>
        <w:rPr>
          <w:rFonts w:asciiTheme="majorHAnsi" w:hAnsiTheme="majorHAnsi" w:cstheme="majorHAnsi"/>
          <w:sz w:val="22"/>
          <w:lang w:val="cs-CZ"/>
        </w:rPr>
      </w:pPr>
    </w:p>
    <w:p w14:paraId="4CBDED03" w14:textId="33FA12F7" w:rsidR="001279E8" w:rsidRPr="00441FF2" w:rsidRDefault="009D3D60" w:rsidP="00441FF2">
      <w:pPr>
        <w:rPr>
          <w:rFonts w:asciiTheme="majorHAnsi" w:hAnsiTheme="majorHAnsi" w:cstheme="majorHAnsi"/>
          <w:b/>
          <w:sz w:val="22"/>
          <w:lang w:val="cs-CZ"/>
        </w:rPr>
      </w:pPr>
      <w:r w:rsidRPr="00441FF2">
        <w:rPr>
          <w:rFonts w:asciiTheme="majorHAnsi" w:hAnsiTheme="majorHAnsi" w:cstheme="majorHAnsi"/>
          <w:sz w:val="22"/>
          <w:lang w:val="cs-CZ"/>
        </w:rPr>
        <w:t xml:space="preserve">Dnes je Sylvester </w:t>
      </w:r>
      <w:proofErr w:type="spellStart"/>
      <w:r w:rsidRPr="00441FF2">
        <w:rPr>
          <w:rFonts w:asciiTheme="majorHAnsi" w:hAnsiTheme="majorHAnsi" w:cstheme="majorHAnsi"/>
          <w:sz w:val="22"/>
          <w:lang w:val="cs-CZ"/>
        </w:rPr>
        <w:t>Stallone</w:t>
      </w:r>
      <w:proofErr w:type="spellEnd"/>
      <w:r w:rsidRPr="00441FF2">
        <w:rPr>
          <w:rFonts w:asciiTheme="majorHAnsi" w:hAnsiTheme="majorHAnsi" w:cstheme="majorHAnsi"/>
          <w:sz w:val="22"/>
          <w:lang w:val="cs-CZ"/>
        </w:rPr>
        <w:t xml:space="preserve"> jednou z největších ikon Hollywoodu. V polovině sedmdesátých let ale jeho život vypadal úplně jinak. Byl prakticky neznámým hercem, který se snažil prorazit, a právě tehdy napsal scénář o outsiderovi jménem Rocky Balboa. O muži, kterému téměř nikdo nevěří, ale přesto si jde za svým. Podobnost se </w:t>
      </w:r>
      <w:proofErr w:type="spellStart"/>
      <w:r w:rsidRPr="00441FF2">
        <w:rPr>
          <w:rFonts w:asciiTheme="majorHAnsi" w:hAnsiTheme="majorHAnsi" w:cstheme="majorHAnsi"/>
          <w:sz w:val="22"/>
          <w:lang w:val="cs-CZ"/>
        </w:rPr>
        <w:t>Stalloneho</w:t>
      </w:r>
      <w:proofErr w:type="spellEnd"/>
      <w:r w:rsidRPr="00441FF2">
        <w:rPr>
          <w:rFonts w:asciiTheme="majorHAnsi" w:hAnsiTheme="majorHAnsi" w:cstheme="majorHAnsi"/>
          <w:sz w:val="22"/>
          <w:lang w:val="cs-CZ"/>
        </w:rPr>
        <w:t xml:space="preserve"> vlastním životem nebyla náhodná.</w:t>
      </w:r>
      <w:r w:rsidR="00FF7575" w:rsidRPr="00441FF2">
        <w:rPr>
          <w:rFonts w:asciiTheme="majorHAnsi" w:hAnsiTheme="majorHAnsi" w:cstheme="majorHAnsi"/>
          <w:sz w:val="22"/>
          <w:lang w:val="cs-CZ"/>
        </w:rPr>
        <w:t xml:space="preserve"> </w:t>
      </w:r>
      <w:r w:rsidRPr="00441FF2">
        <w:rPr>
          <w:rFonts w:asciiTheme="majorHAnsi" w:hAnsiTheme="majorHAnsi" w:cstheme="majorHAnsi"/>
          <w:sz w:val="22"/>
          <w:lang w:val="cs-CZ"/>
        </w:rPr>
        <w:t xml:space="preserve">Když o scénář projevili zájem producenti, stanovil </w:t>
      </w:r>
      <w:r w:rsidR="00B26348" w:rsidRPr="00441FF2">
        <w:rPr>
          <w:rFonts w:asciiTheme="majorHAnsi" w:hAnsiTheme="majorHAnsi" w:cstheme="majorHAnsi"/>
          <w:sz w:val="22"/>
          <w:lang w:val="cs-CZ"/>
        </w:rPr>
        <w:t xml:space="preserve">si </w:t>
      </w:r>
      <w:r w:rsidRPr="00441FF2">
        <w:rPr>
          <w:rFonts w:asciiTheme="majorHAnsi" w:hAnsiTheme="majorHAnsi" w:cstheme="majorHAnsi"/>
          <w:sz w:val="22"/>
          <w:lang w:val="cs-CZ"/>
        </w:rPr>
        <w:t xml:space="preserve">jedinou podmínku: </w:t>
      </w:r>
      <w:r w:rsidR="009B21F8" w:rsidRPr="00441FF2">
        <w:rPr>
          <w:rFonts w:asciiTheme="majorHAnsi" w:hAnsiTheme="majorHAnsi" w:cstheme="majorHAnsi"/>
          <w:sz w:val="22"/>
          <w:lang w:val="cs-CZ"/>
        </w:rPr>
        <w:t>hlavního představitele</w:t>
      </w:r>
      <w:r w:rsidRPr="00441FF2">
        <w:rPr>
          <w:rFonts w:asciiTheme="majorHAnsi" w:hAnsiTheme="majorHAnsi" w:cstheme="majorHAnsi"/>
          <w:sz w:val="22"/>
          <w:lang w:val="cs-CZ"/>
        </w:rPr>
        <w:t xml:space="preserve"> bude hrát on sám. Nechtěl svůj příběh </w:t>
      </w:r>
      <w:r w:rsidR="00B26348" w:rsidRPr="00441FF2">
        <w:rPr>
          <w:rFonts w:asciiTheme="majorHAnsi" w:hAnsiTheme="majorHAnsi" w:cstheme="majorHAnsi"/>
          <w:sz w:val="22"/>
          <w:lang w:val="cs-CZ"/>
        </w:rPr>
        <w:t>jen</w:t>
      </w:r>
      <w:r w:rsidRPr="00441FF2">
        <w:rPr>
          <w:rFonts w:asciiTheme="majorHAnsi" w:hAnsiTheme="majorHAnsi" w:cstheme="majorHAnsi"/>
          <w:sz w:val="22"/>
          <w:lang w:val="cs-CZ"/>
        </w:rPr>
        <w:t xml:space="preserve"> prodat</w:t>
      </w:r>
      <w:r w:rsidR="00B26348" w:rsidRPr="00441FF2">
        <w:rPr>
          <w:rFonts w:asciiTheme="majorHAnsi" w:hAnsiTheme="majorHAnsi" w:cstheme="majorHAnsi"/>
          <w:sz w:val="22"/>
          <w:lang w:val="cs-CZ"/>
        </w:rPr>
        <w:t>, c</w:t>
      </w:r>
      <w:r w:rsidRPr="00441FF2">
        <w:rPr>
          <w:rFonts w:asciiTheme="majorHAnsi" w:hAnsiTheme="majorHAnsi" w:cstheme="majorHAnsi"/>
          <w:sz w:val="22"/>
          <w:lang w:val="cs-CZ"/>
        </w:rPr>
        <w:t>htěl dokázat, že právě on je Rocky. Odmítání, pochybnosti i nabídky, které pro herce v jeho situaci znamenaly obrovské peníze, tak proměnily vznik filmu v</w:t>
      </w:r>
      <w:r w:rsidR="00B26348" w:rsidRPr="00441FF2">
        <w:rPr>
          <w:rFonts w:asciiTheme="majorHAnsi" w:hAnsiTheme="majorHAnsi" w:cstheme="majorHAnsi"/>
          <w:sz w:val="22"/>
          <w:lang w:val="cs-CZ"/>
        </w:rPr>
        <w:t xml:space="preserve"> neuvěřitelný </w:t>
      </w:r>
      <w:r w:rsidRPr="00441FF2">
        <w:rPr>
          <w:rFonts w:asciiTheme="majorHAnsi" w:hAnsiTheme="majorHAnsi" w:cstheme="majorHAnsi"/>
          <w:sz w:val="22"/>
          <w:lang w:val="cs-CZ"/>
        </w:rPr>
        <w:t>příbě</w:t>
      </w:r>
      <w:r w:rsidR="00B26348" w:rsidRPr="00441FF2">
        <w:rPr>
          <w:rFonts w:asciiTheme="majorHAnsi" w:hAnsiTheme="majorHAnsi" w:cstheme="majorHAnsi"/>
          <w:sz w:val="22"/>
          <w:lang w:val="cs-CZ"/>
        </w:rPr>
        <w:t>h.</w:t>
      </w:r>
      <w:r w:rsidR="005A0788" w:rsidRPr="00441FF2">
        <w:rPr>
          <w:rFonts w:asciiTheme="majorHAnsi" w:hAnsiTheme="majorHAnsi" w:cstheme="majorHAnsi"/>
          <w:sz w:val="22"/>
          <w:lang w:val="cs-CZ"/>
        </w:rPr>
        <w:t xml:space="preserve"> </w:t>
      </w:r>
      <w:r w:rsidR="00FF7575" w:rsidRPr="00441FF2">
        <w:rPr>
          <w:rFonts w:asciiTheme="majorHAnsi" w:hAnsiTheme="majorHAnsi" w:cstheme="majorHAnsi"/>
          <w:sz w:val="22"/>
          <w:lang w:val="cs-CZ"/>
        </w:rPr>
        <w:t xml:space="preserve">Co o své nejslavnější postavě </w:t>
      </w:r>
      <w:r w:rsidRPr="00441FF2">
        <w:rPr>
          <w:rFonts w:asciiTheme="majorHAnsi" w:hAnsiTheme="majorHAnsi" w:cstheme="majorHAnsi"/>
          <w:sz w:val="22"/>
          <w:lang w:val="cs-CZ"/>
        </w:rPr>
        <w:t xml:space="preserve">Sylvester </w:t>
      </w:r>
      <w:proofErr w:type="spellStart"/>
      <w:r w:rsidRPr="00441FF2">
        <w:rPr>
          <w:rFonts w:asciiTheme="majorHAnsi" w:hAnsiTheme="majorHAnsi" w:cstheme="majorHAnsi"/>
          <w:sz w:val="22"/>
          <w:lang w:val="cs-CZ"/>
        </w:rPr>
        <w:t>Stallone</w:t>
      </w:r>
      <w:proofErr w:type="spellEnd"/>
      <w:r w:rsidRPr="00441FF2">
        <w:rPr>
          <w:rFonts w:asciiTheme="majorHAnsi" w:hAnsiTheme="majorHAnsi" w:cstheme="majorHAnsi"/>
          <w:sz w:val="22"/>
          <w:lang w:val="cs-CZ"/>
        </w:rPr>
        <w:t xml:space="preserve"> </w:t>
      </w:r>
      <w:r w:rsidR="00FF7575" w:rsidRPr="00441FF2">
        <w:rPr>
          <w:rFonts w:asciiTheme="majorHAnsi" w:hAnsiTheme="majorHAnsi" w:cstheme="majorHAnsi"/>
          <w:sz w:val="22"/>
          <w:lang w:val="cs-CZ"/>
        </w:rPr>
        <w:t xml:space="preserve">tehdy </w:t>
      </w:r>
      <w:r w:rsidRPr="00441FF2">
        <w:rPr>
          <w:rFonts w:asciiTheme="majorHAnsi" w:hAnsiTheme="majorHAnsi" w:cstheme="majorHAnsi"/>
          <w:sz w:val="22"/>
          <w:lang w:val="cs-CZ"/>
        </w:rPr>
        <w:t xml:space="preserve">řekl: </w:t>
      </w:r>
      <w:r w:rsidRPr="00441FF2">
        <w:rPr>
          <w:rFonts w:asciiTheme="majorHAnsi" w:hAnsiTheme="majorHAnsi" w:cstheme="majorHAnsi"/>
          <w:i/>
          <w:iCs/>
          <w:sz w:val="22"/>
          <w:lang w:val="cs-CZ"/>
        </w:rPr>
        <w:t>„Máte vel</w:t>
      </w:r>
      <w:r w:rsidR="00B26348" w:rsidRPr="00441FF2">
        <w:rPr>
          <w:rFonts w:asciiTheme="majorHAnsi" w:hAnsiTheme="majorHAnsi" w:cstheme="majorHAnsi"/>
          <w:i/>
          <w:iCs/>
          <w:sz w:val="22"/>
          <w:lang w:val="cs-CZ"/>
        </w:rPr>
        <w:t>i</w:t>
      </w:r>
      <w:r w:rsidRPr="00441FF2">
        <w:rPr>
          <w:rFonts w:asciiTheme="majorHAnsi" w:hAnsiTheme="majorHAnsi" w:cstheme="majorHAnsi"/>
          <w:i/>
          <w:iCs/>
          <w:sz w:val="22"/>
          <w:lang w:val="cs-CZ"/>
        </w:rPr>
        <w:t xml:space="preserve">ké štěstí, když v nějaké postavě najdete svého nejlepšího přítele, </w:t>
      </w:r>
      <w:r w:rsidRPr="00441FF2">
        <w:rPr>
          <w:rFonts w:asciiTheme="majorHAnsi" w:hAnsiTheme="majorHAnsi" w:cstheme="majorHAnsi"/>
          <w:i/>
          <w:iCs/>
          <w:sz w:val="22"/>
          <w:lang w:val="cs-CZ"/>
        </w:rPr>
        <w:lastRenderedPageBreak/>
        <w:t xml:space="preserve">kterého jste vymyslel. Někoho, kdo vám pokaždé pomůže a nikdy vás neopustí. </w:t>
      </w:r>
      <w:r w:rsidR="00FD6086" w:rsidRPr="00441FF2">
        <w:rPr>
          <w:rFonts w:asciiTheme="majorHAnsi" w:hAnsiTheme="majorHAnsi" w:cstheme="majorHAnsi"/>
          <w:i/>
          <w:iCs/>
          <w:sz w:val="22"/>
          <w:lang w:val="cs-CZ"/>
        </w:rPr>
        <w:t xml:space="preserve">A </w:t>
      </w:r>
      <w:r w:rsidRPr="00441FF2">
        <w:rPr>
          <w:rFonts w:asciiTheme="majorHAnsi" w:hAnsiTheme="majorHAnsi" w:cstheme="majorHAnsi"/>
          <w:i/>
          <w:iCs/>
          <w:sz w:val="22"/>
          <w:lang w:val="cs-CZ"/>
        </w:rPr>
        <w:t xml:space="preserve">Rocky </w:t>
      </w:r>
      <w:r w:rsidR="00B26348" w:rsidRPr="00441FF2">
        <w:rPr>
          <w:rFonts w:asciiTheme="majorHAnsi" w:hAnsiTheme="majorHAnsi" w:cstheme="majorHAnsi"/>
          <w:i/>
          <w:iCs/>
          <w:sz w:val="22"/>
          <w:lang w:val="cs-CZ"/>
        </w:rPr>
        <w:t>je můj</w:t>
      </w:r>
      <w:r w:rsidRPr="00441FF2">
        <w:rPr>
          <w:rFonts w:asciiTheme="majorHAnsi" w:hAnsiTheme="majorHAnsi" w:cstheme="majorHAnsi"/>
          <w:i/>
          <w:iCs/>
          <w:sz w:val="22"/>
          <w:lang w:val="cs-CZ"/>
        </w:rPr>
        <w:t xml:space="preserve"> nejlepší přítel.“</w:t>
      </w:r>
    </w:p>
    <w:p w14:paraId="1C9B7DEF" w14:textId="29FFFA33" w:rsidR="001279E8" w:rsidRPr="00441FF2" w:rsidRDefault="00000000" w:rsidP="00441FF2">
      <w:pPr>
        <w:jc w:val="both"/>
        <w:rPr>
          <w:rFonts w:asciiTheme="majorHAnsi" w:hAnsiTheme="majorHAnsi" w:cstheme="majorHAnsi"/>
          <w:sz w:val="22"/>
          <w:lang w:val="cs-CZ"/>
        </w:rPr>
      </w:pPr>
      <w:r w:rsidRPr="00441FF2">
        <w:rPr>
          <w:rFonts w:asciiTheme="majorHAnsi" w:hAnsiTheme="majorHAnsi" w:cstheme="majorHAnsi"/>
          <w:sz w:val="22"/>
          <w:lang w:val="cs-CZ"/>
        </w:rPr>
        <w:t xml:space="preserve">Načasování nemůže být symboličtější. </w:t>
      </w:r>
      <w:r w:rsidRPr="00441FF2">
        <w:rPr>
          <w:rFonts w:asciiTheme="majorHAnsi" w:hAnsiTheme="majorHAnsi" w:cstheme="majorHAnsi"/>
          <w:i/>
          <w:iCs/>
          <w:sz w:val="22"/>
          <w:lang w:val="cs-CZ"/>
        </w:rPr>
        <w:t>Já, Rocky</w:t>
      </w:r>
      <w:r w:rsidRPr="00441FF2">
        <w:rPr>
          <w:rFonts w:asciiTheme="majorHAnsi" w:hAnsiTheme="majorHAnsi" w:cstheme="majorHAnsi"/>
          <w:sz w:val="22"/>
          <w:lang w:val="cs-CZ"/>
        </w:rPr>
        <w:t xml:space="preserve"> přichází přesně půl století poté, co se v roce 1976 objevil první Rocky. Z malého filmu o outsiderovi se stal celosvětový fenomén. Snímek získal deset nominací na Oscara a tři proměnil, včetně ceny za nejlepší film. </w:t>
      </w:r>
      <w:proofErr w:type="spellStart"/>
      <w:r w:rsidRPr="00441FF2">
        <w:rPr>
          <w:rFonts w:asciiTheme="majorHAnsi" w:hAnsiTheme="majorHAnsi" w:cstheme="majorHAnsi"/>
          <w:sz w:val="22"/>
          <w:lang w:val="cs-CZ"/>
        </w:rPr>
        <w:t>Stallone</w:t>
      </w:r>
      <w:proofErr w:type="spellEnd"/>
      <w:r w:rsidRPr="00441FF2">
        <w:rPr>
          <w:rFonts w:asciiTheme="majorHAnsi" w:hAnsiTheme="majorHAnsi" w:cstheme="majorHAnsi"/>
          <w:sz w:val="22"/>
          <w:lang w:val="cs-CZ"/>
        </w:rPr>
        <w:t xml:space="preserve"> byl navíc nominován za hlavní mužský herecký výkon i za scénář. Z neznámého herce se prakticky přes noc stala hvězda.</w:t>
      </w:r>
      <w:r w:rsidR="00FF7575" w:rsidRPr="00441FF2">
        <w:rPr>
          <w:rFonts w:asciiTheme="majorHAnsi" w:hAnsiTheme="majorHAnsi" w:cstheme="majorHAnsi"/>
          <w:sz w:val="22"/>
          <w:lang w:val="cs-CZ"/>
        </w:rPr>
        <w:t xml:space="preserve"> A p</w:t>
      </w:r>
      <w:r w:rsidRPr="00441FF2">
        <w:rPr>
          <w:rFonts w:asciiTheme="majorHAnsi" w:hAnsiTheme="majorHAnsi" w:cstheme="majorHAnsi"/>
          <w:sz w:val="22"/>
          <w:lang w:val="cs-CZ"/>
        </w:rPr>
        <w:t xml:space="preserve">rávě jeho cestu přenáší na plátno film </w:t>
      </w:r>
      <w:r w:rsidRPr="00441FF2">
        <w:rPr>
          <w:rFonts w:asciiTheme="majorHAnsi" w:hAnsiTheme="majorHAnsi" w:cstheme="majorHAnsi"/>
          <w:i/>
          <w:iCs/>
          <w:sz w:val="22"/>
          <w:lang w:val="cs-CZ"/>
        </w:rPr>
        <w:t>Já, Rocky</w:t>
      </w:r>
      <w:r w:rsidRPr="00441FF2">
        <w:rPr>
          <w:rFonts w:asciiTheme="majorHAnsi" w:hAnsiTheme="majorHAnsi" w:cstheme="majorHAnsi"/>
          <w:sz w:val="22"/>
          <w:lang w:val="cs-CZ"/>
        </w:rPr>
        <w:t xml:space="preserve">. </w:t>
      </w:r>
      <w:r w:rsidRPr="00441FF2">
        <w:rPr>
          <w:rFonts w:asciiTheme="majorHAnsi" w:hAnsiTheme="majorHAnsi" w:cstheme="majorHAnsi"/>
          <w:i/>
          <w:iCs/>
          <w:sz w:val="22"/>
          <w:lang w:val="cs-CZ"/>
        </w:rPr>
        <w:t xml:space="preserve">„Tenhle film je o tom, že člověk musí věřit sám sobě. Je o tom vydržet až do konce,“ </w:t>
      </w:r>
      <w:r w:rsidRPr="00441FF2">
        <w:rPr>
          <w:rFonts w:asciiTheme="majorHAnsi" w:hAnsiTheme="majorHAnsi" w:cstheme="majorHAnsi"/>
          <w:sz w:val="22"/>
          <w:lang w:val="cs-CZ"/>
        </w:rPr>
        <w:t xml:space="preserve">říká Anthony </w:t>
      </w:r>
      <w:proofErr w:type="spellStart"/>
      <w:r w:rsidRPr="00441FF2">
        <w:rPr>
          <w:rFonts w:asciiTheme="majorHAnsi" w:hAnsiTheme="majorHAnsi" w:cstheme="majorHAnsi"/>
          <w:sz w:val="22"/>
          <w:lang w:val="cs-CZ"/>
        </w:rPr>
        <w:t>Ippolito</w:t>
      </w:r>
      <w:proofErr w:type="spellEnd"/>
      <w:r w:rsidRPr="00441FF2">
        <w:rPr>
          <w:rFonts w:asciiTheme="majorHAnsi" w:hAnsiTheme="majorHAnsi" w:cstheme="majorHAnsi"/>
          <w:sz w:val="22"/>
          <w:lang w:val="cs-CZ"/>
        </w:rPr>
        <w:t xml:space="preserve">, představitel mladého </w:t>
      </w:r>
      <w:proofErr w:type="spellStart"/>
      <w:r w:rsidRPr="00441FF2">
        <w:rPr>
          <w:rFonts w:asciiTheme="majorHAnsi" w:hAnsiTheme="majorHAnsi" w:cstheme="majorHAnsi"/>
          <w:sz w:val="22"/>
          <w:lang w:val="cs-CZ"/>
        </w:rPr>
        <w:t>Stalloneho</w:t>
      </w:r>
      <w:proofErr w:type="spellEnd"/>
      <w:r w:rsidRPr="00441FF2">
        <w:rPr>
          <w:rFonts w:asciiTheme="majorHAnsi" w:hAnsiTheme="majorHAnsi" w:cstheme="majorHAnsi"/>
          <w:sz w:val="22"/>
          <w:lang w:val="cs-CZ"/>
        </w:rPr>
        <w:t xml:space="preserve">. </w:t>
      </w:r>
      <w:r w:rsidR="00B26348" w:rsidRPr="00441FF2">
        <w:rPr>
          <w:rFonts w:asciiTheme="majorHAnsi" w:hAnsiTheme="majorHAnsi" w:cstheme="majorHAnsi"/>
          <w:sz w:val="22"/>
          <w:lang w:val="cs-CZ"/>
        </w:rPr>
        <w:t>Vycházející herecká hvězda</w:t>
      </w:r>
      <w:r w:rsidRPr="00441FF2">
        <w:rPr>
          <w:rFonts w:asciiTheme="majorHAnsi" w:hAnsiTheme="majorHAnsi" w:cstheme="majorHAnsi"/>
          <w:sz w:val="22"/>
          <w:lang w:val="cs-CZ"/>
        </w:rPr>
        <w:t xml:space="preserve"> na sebe výrazně upozornil</w:t>
      </w:r>
      <w:r w:rsidR="00B26348" w:rsidRPr="00441FF2">
        <w:rPr>
          <w:rFonts w:asciiTheme="majorHAnsi" w:hAnsiTheme="majorHAnsi" w:cstheme="majorHAnsi"/>
          <w:sz w:val="22"/>
          <w:lang w:val="cs-CZ"/>
        </w:rPr>
        <w:t>a</w:t>
      </w:r>
      <w:r w:rsidRPr="00441FF2">
        <w:rPr>
          <w:rFonts w:asciiTheme="majorHAnsi" w:hAnsiTheme="majorHAnsi" w:cstheme="majorHAnsi"/>
          <w:sz w:val="22"/>
          <w:lang w:val="cs-CZ"/>
        </w:rPr>
        <w:t xml:space="preserve"> už </w:t>
      </w:r>
      <w:r w:rsidR="00B26348" w:rsidRPr="00441FF2">
        <w:rPr>
          <w:rFonts w:asciiTheme="majorHAnsi" w:hAnsiTheme="majorHAnsi" w:cstheme="majorHAnsi"/>
          <w:sz w:val="22"/>
          <w:lang w:val="cs-CZ"/>
        </w:rPr>
        <w:t xml:space="preserve">v roli </w:t>
      </w:r>
      <w:r w:rsidRPr="00441FF2">
        <w:rPr>
          <w:rFonts w:asciiTheme="majorHAnsi" w:hAnsiTheme="majorHAnsi" w:cstheme="majorHAnsi"/>
          <w:sz w:val="22"/>
          <w:lang w:val="cs-CZ"/>
        </w:rPr>
        <w:t>mlad</w:t>
      </w:r>
      <w:r w:rsidR="00B26348" w:rsidRPr="00441FF2">
        <w:rPr>
          <w:rFonts w:asciiTheme="majorHAnsi" w:hAnsiTheme="majorHAnsi" w:cstheme="majorHAnsi"/>
          <w:sz w:val="22"/>
          <w:lang w:val="cs-CZ"/>
        </w:rPr>
        <w:t>ého</w:t>
      </w:r>
      <w:r w:rsidRPr="00441FF2">
        <w:rPr>
          <w:rFonts w:asciiTheme="majorHAnsi" w:hAnsiTheme="majorHAnsi" w:cstheme="majorHAnsi"/>
          <w:sz w:val="22"/>
          <w:lang w:val="cs-CZ"/>
        </w:rPr>
        <w:t xml:space="preserve"> Al </w:t>
      </w:r>
      <w:proofErr w:type="spellStart"/>
      <w:r w:rsidRPr="00441FF2">
        <w:rPr>
          <w:rFonts w:asciiTheme="majorHAnsi" w:hAnsiTheme="majorHAnsi" w:cstheme="majorHAnsi"/>
          <w:sz w:val="22"/>
          <w:lang w:val="cs-CZ"/>
        </w:rPr>
        <w:t>Pacin</w:t>
      </w:r>
      <w:r w:rsidR="00B26348" w:rsidRPr="00441FF2">
        <w:rPr>
          <w:rFonts w:asciiTheme="majorHAnsi" w:hAnsiTheme="majorHAnsi" w:cstheme="majorHAnsi"/>
          <w:sz w:val="22"/>
          <w:lang w:val="cs-CZ"/>
        </w:rPr>
        <w:t>a</w:t>
      </w:r>
      <w:proofErr w:type="spellEnd"/>
      <w:r w:rsidR="003706F6" w:rsidRPr="00441FF2">
        <w:rPr>
          <w:rFonts w:asciiTheme="majorHAnsi" w:hAnsiTheme="majorHAnsi" w:cstheme="majorHAnsi"/>
          <w:sz w:val="22"/>
          <w:lang w:val="cs-CZ"/>
        </w:rPr>
        <w:t>,</w:t>
      </w:r>
      <w:r w:rsidRPr="00441FF2">
        <w:rPr>
          <w:rFonts w:asciiTheme="majorHAnsi" w:hAnsiTheme="majorHAnsi" w:cstheme="majorHAnsi"/>
          <w:sz w:val="22"/>
          <w:lang w:val="cs-CZ"/>
        </w:rPr>
        <w:t xml:space="preserve"> v diváky i kritiky vysoce hodnoceném seriálu </w:t>
      </w:r>
      <w:r w:rsidRPr="00441FF2">
        <w:rPr>
          <w:rFonts w:asciiTheme="majorHAnsi" w:hAnsiTheme="majorHAnsi" w:cstheme="majorHAnsi"/>
          <w:i/>
          <w:iCs/>
          <w:sz w:val="22"/>
          <w:lang w:val="cs-CZ"/>
        </w:rPr>
        <w:t>Nabídka</w:t>
      </w:r>
      <w:r w:rsidRPr="00441FF2">
        <w:rPr>
          <w:rFonts w:asciiTheme="majorHAnsi" w:hAnsiTheme="majorHAnsi" w:cstheme="majorHAnsi"/>
          <w:sz w:val="22"/>
          <w:lang w:val="cs-CZ"/>
        </w:rPr>
        <w:t xml:space="preserve"> o komplikovaném vzniku filmu Kmotr. Tentokrát před ním stál možná ještě těžší úkol: </w:t>
      </w:r>
      <w:r w:rsidR="00B26348" w:rsidRPr="00441FF2">
        <w:rPr>
          <w:rFonts w:asciiTheme="majorHAnsi" w:hAnsiTheme="majorHAnsi" w:cstheme="majorHAnsi"/>
          <w:sz w:val="22"/>
          <w:lang w:val="cs-CZ"/>
        </w:rPr>
        <w:t>ztvárnit</w:t>
      </w:r>
      <w:r w:rsidRPr="00441FF2">
        <w:rPr>
          <w:rFonts w:asciiTheme="majorHAnsi" w:hAnsiTheme="majorHAnsi" w:cstheme="majorHAnsi"/>
          <w:sz w:val="22"/>
          <w:lang w:val="cs-CZ"/>
        </w:rPr>
        <w:t xml:space="preserve"> </w:t>
      </w:r>
      <w:proofErr w:type="spellStart"/>
      <w:r w:rsidRPr="00441FF2">
        <w:rPr>
          <w:rFonts w:asciiTheme="majorHAnsi" w:hAnsiTheme="majorHAnsi" w:cstheme="majorHAnsi"/>
          <w:sz w:val="22"/>
          <w:lang w:val="cs-CZ"/>
        </w:rPr>
        <w:t>Stalloneho</w:t>
      </w:r>
      <w:proofErr w:type="spellEnd"/>
      <w:r w:rsidRPr="00441FF2">
        <w:rPr>
          <w:rFonts w:asciiTheme="majorHAnsi" w:hAnsiTheme="majorHAnsi" w:cstheme="majorHAnsi"/>
          <w:sz w:val="22"/>
          <w:lang w:val="cs-CZ"/>
        </w:rPr>
        <w:t xml:space="preserve"> ve chvíli, kdy se teprve snaží přesvědčit Hollywood, že </w:t>
      </w:r>
      <w:proofErr w:type="spellStart"/>
      <w:r w:rsidRPr="00441FF2">
        <w:rPr>
          <w:rFonts w:asciiTheme="majorHAnsi" w:hAnsiTheme="majorHAnsi" w:cstheme="majorHAnsi"/>
          <w:sz w:val="22"/>
          <w:lang w:val="cs-CZ"/>
        </w:rPr>
        <w:t>Rockyho</w:t>
      </w:r>
      <w:proofErr w:type="spellEnd"/>
      <w:r w:rsidRPr="00441FF2">
        <w:rPr>
          <w:rFonts w:asciiTheme="majorHAnsi" w:hAnsiTheme="majorHAnsi" w:cstheme="majorHAnsi"/>
          <w:sz w:val="22"/>
          <w:lang w:val="cs-CZ"/>
        </w:rPr>
        <w:t xml:space="preserve"> dokáže </w:t>
      </w:r>
      <w:r w:rsidR="00B26348" w:rsidRPr="00441FF2">
        <w:rPr>
          <w:rFonts w:asciiTheme="majorHAnsi" w:hAnsiTheme="majorHAnsi" w:cstheme="majorHAnsi"/>
          <w:sz w:val="22"/>
          <w:lang w:val="cs-CZ"/>
        </w:rPr>
        <w:t>zahrát</w:t>
      </w:r>
      <w:r w:rsidRPr="00441FF2">
        <w:rPr>
          <w:rFonts w:asciiTheme="majorHAnsi" w:hAnsiTheme="majorHAnsi" w:cstheme="majorHAnsi"/>
          <w:sz w:val="22"/>
          <w:lang w:val="cs-CZ"/>
        </w:rPr>
        <w:t xml:space="preserve">. </w:t>
      </w:r>
      <w:proofErr w:type="spellStart"/>
      <w:r w:rsidRPr="00441FF2">
        <w:rPr>
          <w:rFonts w:asciiTheme="majorHAnsi" w:hAnsiTheme="majorHAnsi" w:cstheme="majorHAnsi"/>
          <w:sz w:val="22"/>
          <w:lang w:val="cs-CZ"/>
        </w:rPr>
        <w:t>Ippolito</w:t>
      </w:r>
      <w:proofErr w:type="spellEnd"/>
      <w:r w:rsidRPr="00441FF2">
        <w:rPr>
          <w:rFonts w:asciiTheme="majorHAnsi" w:hAnsiTheme="majorHAnsi" w:cstheme="majorHAnsi"/>
          <w:sz w:val="22"/>
          <w:lang w:val="cs-CZ"/>
        </w:rPr>
        <w:t xml:space="preserve"> se mu přibližuje fyzicky, charakteristickým hlasem, způsobem řeči, gesty i pohybem a jeho proměna </w:t>
      </w:r>
      <w:r w:rsidR="00B26348" w:rsidRPr="00441FF2">
        <w:rPr>
          <w:rFonts w:asciiTheme="majorHAnsi" w:hAnsiTheme="majorHAnsi" w:cstheme="majorHAnsi"/>
          <w:sz w:val="22"/>
          <w:lang w:val="cs-CZ"/>
        </w:rPr>
        <w:t>je ohromující.</w:t>
      </w:r>
    </w:p>
    <w:p w14:paraId="4D8F6349" w14:textId="44549F3D" w:rsidR="001279E8" w:rsidRPr="00441FF2" w:rsidRDefault="00000000" w:rsidP="00441FF2">
      <w:pPr>
        <w:rPr>
          <w:rFonts w:asciiTheme="majorHAnsi" w:hAnsiTheme="majorHAnsi" w:cstheme="majorHAnsi"/>
          <w:bCs/>
          <w:sz w:val="22"/>
          <w:lang w:val="cs-CZ"/>
        </w:rPr>
      </w:pPr>
      <w:r w:rsidRPr="00441FF2">
        <w:rPr>
          <w:rFonts w:asciiTheme="majorHAnsi" w:hAnsiTheme="majorHAnsi" w:cstheme="majorHAnsi"/>
          <w:i/>
          <w:iCs/>
          <w:sz w:val="22"/>
          <w:lang w:val="cs-CZ"/>
        </w:rPr>
        <w:t>Rocky</w:t>
      </w:r>
      <w:r w:rsidRPr="00441FF2">
        <w:rPr>
          <w:rFonts w:asciiTheme="majorHAnsi" w:hAnsiTheme="majorHAnsi" w:cstheme="majorHAnsi"/>
          <w:sz w:val="22"/>
          <w:lang w:val="cs-CZ"/>
        </w:rPr>
        <w:t xml:space="preserve"> má k českým divákům možná blíž, než by se mohlo zdát. Původní film dostal české znění už na začátku osmdesátých let a později se s </w:t>
      </w:r>
      <w:proofErr w:type="spellStart"/>
      <w:r w:rsidRPr="00441FF2">
        <w:rPr>
          <w:rFonts w:asciiTheme="majorHAnsi" w:hAnsiTheme="majorHAnsi" w:cstheme="majorHAnsi"/>
          <w:sz w:val="22"/>
          <w:lang w:val="cs-CZ"/>
        </w:rPr>
        <w:t>Rockym</w:t>
      </w:r>
      <w:proofErr w:type="spellEnd"/>
      <w:r w:rsidRPr="00441FF2">
        <w:rPr>
          <w:rFonts w:asciiTheme="majorHAnsi" w:hAnsiTheme="majorHAnsi" w:cstheme="majorHAnsi"/>
          <w:sz w:val="22"/>
          <w:lang w:val="cs-CZ"/>
        </w:rPr>
        <w:t xml:space="preserve"> </w:t>
      </w:r>
      <w:proofErr w:type="spellStart"/>
      <w:r w:rsidRPr="00441FF2">
        <w:rPr>
          <w:rFonts w:asciiTheme="majorHAnsi" w:hAnsiTheme="majorHAnsi" w:cstheme="majorHAnsi"/>
          <w:sz w:val="22"/>
          <w:lang w:val="cs-CZ"/>
        </w:rPr>
        <w:t>Balboou</w:t>
      </w:r>
      <w:proofErr w:type="spellEnd"/>
      <w:r w:rsidRPr="00441FF2">
        <w:rPr>
          <w:rFonts w:asciiTheme="majorHAnsi" w:hAnsiTheme="majorHAnsi" w:cstheme="majorHAnsi"/>
          <w:sz w:val="22"/>
          <w:lang w:val="cs-CZ"/>
        </w:rPr>
        <w:t xml:space="preserve"> pro několik generací spojil nezaměnitelný hlas Pavla </w:t>
      </w:r>
      <w:proofErr w:type="spellStart"/>
      <w:r w:rsidRPr="00441FF2">
        <w:rPr>
          <w:rFonts w:asciiTheme="majorHAnsi" w:hAnsiTheme="majorHAnsi" w:cstheme="majorHAnsi"/>
          <w:sz w:val="22"/>
          <w:lang w:val="cs-CZ"/>
        </w:rPr>
        <w:t>Rímského</w:t>
      </w:r>
      <w:proofErr w:type="spellEnd"/>
      <w:r w:rsidRPr="00441FF2">
        <w:rPr>
          <w:rFonts w:asciiTheme="majorHAnsi" w:hAnsiTheme="majorHAnsi" w:cstheme="majorHAnsi"/>
          <w:sz w:val="22"/>
          <w:lang w:val="cs-CZ"/>
        </w:rPr>
        <w:t xml:space="preserve">, který </w:t>
      </w:r>
      <w:r w:rsidR="002F6FF6" w:rsidRPr="00441FF2">
        <w:rPr>
          <w:rFonts w:asciiTheme="majorHAnsi" w:hAnsiTheme="majorHAnsi" w:cstheme="majorHAnsi"/>
          <w:sz w:val="22"/>
          <w:lang w:val="cs-CZ"/>
        </w:rPr>
        <w:t>jej</w:t>
      </w:r>
      <w:r w:rsidRPr="00441FF2">
        <w:rPr>
          <w:rFonts w:asciiTheme="majorHAnsi" w:hAnsiTheme="majorHAnsi" w:cstheme="majorHAnsi"/>
          <w:sz w:val="22"/>
          <w:lang w:val="cs-CZ"/>
        </w:rPr>
        <w:t xml:space="preserve"> daboval </w:t>
      </w:r>
      <w:r w:rsidR="002F6FF6" w:rsidRPr="00441FF2">
        <w:rPr>
          <w:rFonts w:asciiTheme="majorHAnsi" w:hAnsiTheme="majorHAnsi" w:cstheme="majorHAnsi"/>
          <w:sz w:val="22"/>
          <w:lang w:val="cs-CZ"/>
        </w:rPr>
        <w:t>i</w:t>
      </w:r>
      <w:r w:rsidRPr="00441FF2">
        <w:rPr>
          <w:rFonts w:asciiTheme="majorHAnsi" w:hAnsiTheme="majorHAnsi" w:cstheme="majorHAnsi"/>
          <w:sz w:val="22"/>
          <w:lang w:val="cs-CZ"/>
        </w:rPr>
        <w:t xml:space="preserve"> v dalších dílech série.</w:t>
      </w:r>
      <w:r w:rsidR="009B21F8" w:rsidRPr="00441FF2">
        <w:rPr>
          <w:rFonts w:asciiTheme="majorHAnsi" w:hAnsiTheme="majorHAnsi" w:cstheme="majorHAnsi"/>
          <w:sz w:val="22"/>
          <w:lang w:val="cs-CZ"/>
        </w:rPr>
        <w:t xml:space="preserve"> Nejen ve světě, ale</w:t>
      </w:r>
      <w:r w:rsidR="002F6FF6" w:rsidRPr="00441FF2">
        <w:rPr>
          <w:rFonts w:asciiTheme="majorHAnsi" w:hAnsiTheme="majorHAnsi" w:cstheme="majorHAnsi"/>
          <w:sz w:val="22"/>
          <w:lang w:val="cs-CZ"/>
        </w:rPr>
        <w:t xml:space="preserve"> </w:t>
      </w:r>
      <w:r w:rsidR="009B21F8" w:rsidRPr="00441FF2">
        <w:rPr>
          <w:rFonts w:asciiTheme="majorHAnsi" w:hAnsiTheme="majorHAnsi" w:cstheme="majorHAnsi"/>
          <w:sz w:val="22"/>
          <w:lang w:val="cs-CZ"/>
        </w:rPr>
        <w:t xml:space="preserve">i </w:t>
      </w:r>
      <w:r w:rsidRPr="00441FF2">
        <w:rPr>
          <w:rFonts w:asciiTheme="majorHAnsi" w:hAnsiTheme="majorHAnsi" w:cstheme="majorHAnsi"/>
          <w:sz w:val="22"/>
          <w:lang w:val="cs-CZ"/>
        </w:rPr>
        <w:t xml:space="preserve">v Česku </w:t>
      </w:r>
      <w:r w:rsidR="002F6FF6" w:rsidRPr="00441FF2">
        <w:rPr>
          <w:rFonts w:asciiTheme="majorHAnsi" w:hAnsiTheme="majorHAnsi" w:cstheme="majorHAnsi"/>
          <w:sz w:val="22"/>
          <w:lang w:val="cs-CZ"/>
        </w:rPr>
        <w:t xml:space="preserve">se </w:t>
      </w:r>
      <w:r w:rsidR="009B21F8" w:rsidRPr="00441FF2">
        <w:rPr>
          <w:rFonts w:asciiTheme="majorHAnsi" w:hAnsiTheme="majorHAnsi" w:cstheme="majorHAnsi"/>
          <w:i/>
          <w:iCs/>
          <w:sz w:val="22"/>
          <w:lang w:val="cs-CZ"/>
        </w:rPr>
        <w:t>Rocky</w:t>
      </w:r>
      <w:r w:rsidR="002F6FF6" w:rsidRPr="00441FF2">
        <w:rPr>
          <w:rFonts w:asciiTheme="majorHAnsi" w:hAnsiTheme="majorHAnsi" w:cstheme="majorHAnsi"/>
          <w:sz w:val="22"/>
          <w:lang w:val="cs-CZ"/>
        </w:rPr>
        <w:t xml:space="preserve"> </w:t>
      </w:r>
      <w:r w:rsidRPr="00441FF2">
        <w:rPr>
          <w:rFonts w:asciiTheme="majorHAnsi" w:hAnsiTheme="majorHAnsi" w:cstheme="majorHAnsi"/>
          <w:sz w:val="22"/>
          <w:lang w:val="cs-CZ"/>
        </w:rPr>
        <w:t xml:space="preserve">stal </w:t>
      </w:r>
      <w:r w:rsidR="00B26348" w:rsidRPr="00441FF2">
        <w:rPr>
          <w:rFonts w:asciiTheme="majorHAnsi" w:hAnsiTheme="majorHAnsi" w:cstheme="majorHAnsi"/>
          <w:sz w:val="22"/>
          <w:lang w:val="cs-CZ"/>
        </w:rPr>
        <w:t>s</w:t>
      </w:r>
      <w:r w:rsidRPr="00441FF2">
        <w:rPr>
          <w:rFonts w:asciiTheme="majorHAnsi" w:hAnsiTheme="majorHAnsi" w:cstheme="majorHAnsi"/>
          <w:sz w:val="22"/>
          <w:lang w:val="cs-CZ"/>
        </w:rPr>
        <w:t>ymbolem vytrvalosti, druhé šance a ochoty pokračovat, i když člověk dostává jednu ránu za druhou. Jeho trénink</w:t>
      </w:r>
      <w:r w:rsidR="00B26348" w:rsidRPr="00441FF2">
        <w:rPr>
          <w:rFonts w:asciiTheme="majorHAnsi" w:hAnsiTheme="majorHAnsi" w:cstheme="majorHAnsi"/>
          <w:sz w:val="22"/>
          <w:lang w:val="cs-CZ"/>
        </w:rPr>
        <w:t>y</w:t>
      </w:r>
      <w:r w:rsidRPr="00441FF2">
        <w:rPr>
          <w:rFonts w:asciiTheme="majorHAnsi" w:hAnsiTheme="majorHAnsi" w:cstheme="majorHAnsi"/>
          <w:sz w:val="22"/>
          <w:lang w:val="cs-CZ"/>
        </w:rPr>
        <w:t xml:space="preserve">, šedá tepláková souprava, běh do schodů nebo vítězné </w:t>
      </w:r>
      <w:r w:rsidR="003706F6" w:rsidRPr="00441FF2">
        <w:rPr>
          <w:rFonts w:asciiTheme="majorHAnsi" w:hAnsiTheme="majorHAnsi" w:cstheme="majorHAnsi"/>
          <w:sz w:val="22"/>
          <w:lang w:val="cs-CZ"/>
        </w:rPr>
        <w:t>gesto rukama</w:t>
      </w:r>
      <w:r w:rsidRPr="00441FF2">
        <w:rPr>
          <w:rFonts w:asciiTheme="majorHAnsi" w:hAnsiTheme="majorHAnsi" w:cstheme="majorHAnsi"/>
          <w:sz w:val="22"/>
          <w:lang w:val="cs-CZ"/>
        </w:rPr>
        <w:t xml:space="preserve"> nad hlavou poznají i lidé, kteří původní film viděli naposledy před desítkami let.</w:t>
      </w:r>
      <w:r w:rsidR="003706F6" w:rsidRPr="00441FF2">
        <w:rPr>
          <w:rFonts w:asciiTheme="majorHAnsi" w:hAnsiTheme="majorHAnsi" w:cstheme="majorHAnsi"/>
          <w:sz w:val="22"/>
          <w:lang w:val="cs-CZ"/>
        </w:rPr>
        <w:t xml:space="preserve"> </w:t>
      </w:r>
      <w:r w:rsidRPr="00441FF2">
        <w:rPr>
          <w:rFonts w:asciiTheme="majorHAnsi" w:hAnsiTheme="majorHAnsi" w:cstheme="majorHAnsi"/>
          <w:bCs/>
          <w:i/>
          <w:iCs/>
          <w:sz w:val="22"/>
          <w:lang w:val="cs-CZ"/>
        </w:rPr>
        <w:t>Já, Rocky</w:t>
      </w:r>
      <w:r w:rsidRPr="00441FF2">
        <w:rPr>
          <w:rFonts w:asciiTheme="majorHAnsi" w:hAnsiTheme="majorHAnsi" w:cstheme="majorHAnsi"/>
          <w:bCs/>
          <w:sz w:val="22"/>
          <w:lang w:val="cs-CZ"/>
        </w:rPr>
        <w:t xml:space="preserve"> ale ukazuje příběh před legendou. Dobu, kdy nebyla </w:t>
      </w:r>
      <w:r w:rsidR="009B21F8" w:rsidRPr="00441FF2">
        <w:rPr>
          <w:rFonts w:asciiTheme="majorHAnsi" w:hAnsiTheme="majorHAnsi" w:cstheme="majorHAnsi"/>
          <w:bCs/>
          <w:sz w:val="22"/>
          <w:lang w:val="cs-CZ"/>
        </w:rPr>
        <w:t xml:space="preserve">práce, </w:t>
      </w:r>
      <w:r w:rsidRPr="00441FF2">
        <w:rPr>
          <w:rFonts w:asciiTheme="majorHAnsi" w:hAnsiTheme="majorHAnsi" w:cstheme="majorHAnsi"/>
          <w:bCs/>
          <w:sz w:val="22"/>
          <w:lang w:val="cs-CZ"/>
        </w:rPr>
        <w:t xml:space="preserve">sláva, miliony fanoušků, filmová série ani hollywoodská kariéra. Byl jen neznámý herec, jeden scénář a přesvědčení, že právě teď nesmí ustoupit. </w:t>
      </w:r>
    </w:p>
    <w:p w14:paraId="5D0A224D" w14:textId="3FC5C119" w:rsidR="002F6FF6" w:rsidRPr="00441FF2" w:rsidRDefault="002F6FF6" w:rsidP="00441FF2">
      <w:pPr>
        <w:rPr>
          <w:rFonts w:asciiTheme="majorHAnsi" w:hAnsiTheme="majorHAnsi" w:cstheme="majorHAnsi"/>
          <w:sz w:val="22"/>
          <w:lang w:val="cs-CZ"/>
        </w:rPr>
      </w:pPr>
      <w:r w:rsidRPr="00441FF2">
        <w:rPr>
          <w:rFonts w:asciiTheme="majorHAnsi" w:hAnsiTheme="majorHAnsi" w:cstheme="majorHAnsi"/>
          <w:sz w:val="22"/>
          <w:lang w:val="cs-CZ"/>
        </w:rPr>
        <w:t xml:space="preserve">V dalších rolích se představí </w:t>
      </w:r>
      <w:proofErr w:type="spellStart"/>
      <w:r w:rsidRPr="00441FF2">
        <w:rPr>
          <w:rFonts w:asciiTheme="majorHAnsi" w:hAnsiTheme="majorHAnsi" w:cstheme="majorHAnsi"/>
          <w:sz w:val="22"/>
          <w:lang w:val="cs-CZ"/>
        </w:rPr>
        <w:t>AnnaSophia</w:t>
      </w:r>
      <w:proofErr w:type="spellEnd"/>
      <w:r w:rsidRPr="00441FF2">
        <w:rPr>
          <w:rFonts w:asciiTheme="majorHAnsi" w:hAnsiTheme="majorHAnsi" w:cstheme="majorHAnsi"/>
          <w:sz w:val="22"/>
          <w:lang w:val="cs-CZ"/>
        </w:rPr>
        <w:t xml:space="preserve"> </w:t>
      </w:r>
      <w:proofErr w:type="spellStart"/>
      <w:r w:rsidRPr="00441FF2">
        <w:rPr>
          <w:rFonts w:asciiTheme="majorHAnsi" w:hAnsiTheme="majorHAnsi" w:cstheme="majorHAnsi"/>
          <w:sz w:val="22"/>
          <w:lang w:val="cs-CZ"/>
        </w:rPr>
        <w:t>Robb</w:t>
      </w:r>
      <w:proofErr w:type="spellEnd"/>
      <w:r w:rsidRPr="00441FF2">
        <w:rPr>
          <w:rFonts w:asciiTheme="majorHAnsi" w:hAnsiTheme="majorHAnsi" w:cstheme="majorHAnsi"/>
          <w:sz w:val="22"/>
          <w:lang w:val="cs-CZ"/>
        </w:rPr>
        <w:t xml:space="preserve"> jako </w:t>
      </w:r>
      <w:proofErr w:type="spellStart"/>
      <w:r w:rsidRPr="00441FF2">
        <w:rPr>
          <w:rFonts w:asciiTheme="majorHAnsi" w:hAnsiTheme="majorHAnsi" w:cstheme="majorHAnsi"/>
          <w:sz w:val="22"/>
          <w:lang w:val="cs-CZ"/>
        </w:rPr>
        <w:t>Stalloneho</w:t>
      </w:r>
      <w:proofErr w:type="spellEnd"/>
      <w:r w:rsidRPr="00441FF2">
        <w:rPr>
          <w:rFonts w:asciiTheme="majorHAnsi" w:hAnsiTheme="majorHAnsi" w:cstheme="majorHAnsi"/>
          <w:sz w:val="22"/>
          <w:lang w:val="cs-CZ"/>
        </w:rPr>
        <w:t xml:space="preserve"> tehdejší manželka Sasha </w:t>
      </w:r>
      <w:proofErr w:type="spellStart"/>
      <w:r w:rsidRPr="00441FF2">
        <w:rPr>
          <w:rFonts w:asciiTheme="majorHAnsi" w:hAnsiTheme="majorHAnsi" w:cstheme="majorHAnsi"/>
          <w:sz w:val="22"/>
          <w:lang w:val="cs-CZ"/>
        </w:rPr>
        <w:t>Czack</w:t>
      </w:r>
      <w:proofErr w:type="spellEnd"/>
      <w:r w:rsidRPr="00441FF2">
        <w:rPr>
          <w:rFonts w:asciiTheme="majorHAnsi" w:hAnsiTheme="majorHAnsi" w:cstheme="majorHAnsi"/>
          <w:sz w:val="22"/>
          <w:lang w:val="cs-CZ"/>
        </w:rPr>
        <w:t xml:space="preserve">, </w:t>
      </w:r>
      <w:proofErr w:type="spellStart"/>
      <w:r w:rsidRPr="00441FF2">
        <w:rPr>
          <w:rFonts w:asciiTheme="majorHAnsi" w:hAnsiTheme="majorHAnsi" w:cstheme="majorHAnsi"/>
          <w:sz w:val="22"/>
          <w:lang w:val="cs-CZ"/>
        </w:rPr>
        <w:t>Matt</w:t>
      </w:r>
      <w:proofErr w:type="spellEnd"/>
      <w:r w:rsidRPr="00441FF2">
        <w:rPr>
          <w:rFonts w:asciiTheme="majorHAnsi" w:hAnsiTheme="majorHAnsi" w:cstheme="majorHAnsi"/>
          <w:sz w:val="22"/>
          <w:lang w:val="cs-CZ"/>
        </w:rPr>
        <w:t xml:space="preserve"> </w:t>
      </w:r>
      <w:proofErr w:type="spellStart"/>
      <w:r w:rsidRPr="00441FF2">
        <w:rPr>
          <w:rFonts w:asciiTheme="majorHAnsi" w:hAnsiTheme="majorHAnsi" w:cstheme="majorHAnsi"/>
          <w:sz w:val="22"/>
          <w:lang w:val="cs-CZ"/>
        </w:rPr>
        <w:t>Dillon</w:t>
      </w:r>
      <w:proofErr w:type="spellEnd"/>
      <w:r w:rsidRPr="00441FF2">
        <w:rPr>
          <w:rFonts w:asciiTheme="majorHAnsi" w:hAnsiTheme="majorHAnsi" w:cstheme="majorHAnsi"/>
          <w:sz w:val="22"/>
          <w:lang w:val="cs-CZ"/>
        </w:rPr>
        <w:t xml:space="preserve"> jako jeho otec Frank </w:t>
      </w:r>
      <w:proofErr w:type="spellStart"/>
      <w:r w:rsidRPr="00441FF2">
        <w:rPr>
          <w:rFonts w:asciiTheme="majorHAnsi" w:hAnsiTheme="majorHAnsi" w:cstheme="majorHAnsi"/>
          <w:sz w:val="22"/>
          <w:lang w:val="cs-CZ"/>
        </w:rPr>
        <w:t>Stallone</w:t>
      </w:r>
      <w:proofErr w:type="spellEnd"/>
      <w:r w:rsidRPr="00441FF2">
        <w:rPr>
          <w:rFonts w:asciiTheme="majorHAnsi" w:hAnsiTheme="majorHAnsi" w:cstheme="majorHAnsi"/>
          <w:sz w:val="22"/>
          <w:lang w:val="cs-CZ"/>
        </w:rPr>
        <w:t xml:space="preserve"> Sr., Stephan James jako představitel Apolla </w:t>
      </w:r>
      <w:proofErr w:type="spellStart"/>
      <w:r w:rsidRPr="00441FF2">
        <w:rPr>
          <w:rFonts w:asciiTheme="majorHAnsi" w:hAnsiTheme="majorHAnsi" w:cstheme="majorHAnsi"/>
          <w:sz w:val="22"/>
          <w:lang w:val="cs-CZ"/>
        </w:rPr>
        <w:t>Creeda</w:t>
      </w:r>
      <w:proofErr w:type="spellEnd"/>
      <w:r w:rsidRPr="00441FF2">
        <w:rPr>
          <w:rFonts w:asciiTheme="majorHAnsi" w:hAnsiTheme="majorHAnsi" w:cstheme="majorHAnsi"/>
          <w:sz w:val="22"/>
          <w:lang w:val="cs-CZ"/>
        </w:rPr>
        <w:t xml:space="preserve"> Carl </w:t>
      </w:r>
      <w:proofErr w:type="spellStart"/>
      <w:r w:rsidRPr="00441FF2">
        <w:rPr>
          <w:rFonts w:asciiTheme="majorHAnsi" w:hAnsiTheme="majorHAnsi" w:cstheme="majorHAnsi"/>
          <w:sz w:val="22"/>
          <w:lang w:val="cs-CZ"/>
        </w:rPr>
        <w:t>Weathers</w:t>
      </w:r>
      <w:proofErr w:type="spellEnd"/>
      <w:r w:rsidRPr="00441FF2">
        <w:rPr>
          <w:rFonts w:asciiTheme="majorHAnsi" w:hAnsiTheme="majorHAnsi" w:cstheme="majorHAnsi"/>
          <w:sz w:val="22"/>
          <w:lang w:val="cs-CZ"/>
        </w:rPr>
        <w:t xml:space="preserve">, P. J. </w:t>
      </w:r>
      <w:proofErr w:type="spellStart"/>
      <w:r w:rsidRPr="00441FF2">
        <w:rPr>
          <w:rFonts w:asciiTheme="majorHAnsi" w:hAnsiTheme="majorHAnsi" w:cstheme="majorHAnsi"/>
          <w:sz w:val="22"/>
          <w:lang w:val="cs-CZ"/>
        </w:rPr>
        <w:t>Byrne</w:t>
      </w:r>
      <w:proofErr w:type="spellEnd"/>
      <w:r w:rsidRPr="00441FF2">
        <w:rPr>
          <w:rFonts w:asciiTheme="majorHAnsi" w:hAnsiTheme="majorHAnsi" w:cstheme="majorHAnsi"/>
          <w:sz w:val="22"/>
          <w:lang w:val="cs-CZ"/>
        </w:rPr>
        <w:t xml:space="preserve"> jako producent </w:t>
      </w:r>
      <w:proofErr w:type="spellStart"/>
      <w:r w:rsidRPr="00441FF2">
        <w:rPr>
          <w:rFonts w:asciiTheme="majorHAnsi" w:hAnsiTheme="majorHAnsi" w:cstheme="majorHAnsi"/>
          <w:sz w:val="22"/>
          <w:lang w:val="cs-CZ"/>
        </w:rPr>
        <w:t>Irwin</w:t>
      </w:r>
      <w:proofErr w:type="spellEnd"/>
      <w:r w:rsidRPr="00441FF2">
        <w:rPr>
          <w:rFonts w:asciiTheme="majorHAnsi" w:hAnsiTheme="majorHAnsi" w:cstheme="majorHAnsi"/>
          <w:sz w:val="22"/>
          <w:lang w:val="cs-CZ"/>
        </w:rPr>
        <w:t xml:space="preserve"> Winkler, Toby </w:t>
      </w:r>
      <w:proofErr w:type="spellStart"/>
      <w:r w:rsidRPr="00441FF2">
        <w:rPr>
          <w:rFonts w:asciiTheme="majorHAnsi" w:hAnsiTheme="majorHAnsi" w:cstheme="majorHAnsi"/>
          <w:sz w:val="22"/>
          <w:lang w:val="cs-CZ"/>
        </w:rPr>
        <w:t>Kebbell</w:t>
      </w:r>
      <w:proofErr w:type="spellEnd"/>
      <w:r w:rsidRPr="00441FF2">
        <w:rPr>
          <w:rFonts w:asciiTheme="majorHAnsi" w:hAnsiTheme="majorHAnsi" w:cstheme="majorHAnsi"/>
          <w:sz w:val="22"/>
          <w:lang w:val="cs-CZ"/>
        </w:rPr>
        <w:t xml:space="preserve"> jako Robert </w:t>
      </w:r>
      <w:proofErr w:type="spellStart"/>
      <w:r w:rsidRPr="00441FF2">
        <w:rPr>
          <w:rFonts w:asciiTheme="majorHAnsi" w:hAnsiTheme="majorHAnsi" w:cstheme="majorHAnsi"/>
          <w:sz w:val="22"/>
          <w:lang w:val="cs-CZ"/>
        </w:rPr>
        <w:t>Chartoff</w:t>
      </w:r>
      <w:proofErr w:type="spellEnd"/>
      <w:r w:rsidRPr="00441FF2">
        <w:rPr>
          <w:rFonts w:asciiTheme="majorHAnsi" w:hAnsiTheme="majorHAnsi" w:cstheme="majorHAnsi"/>
          <w:sz w:val="22"/>
          <w:lang w:val="cs-CZ"/>
        </w:rPr>
        <w:t xml:space="preserve"> nebo </w:t>
      </w:r>
      <w:proofErr w:type="spellStart"/>
      <w:r w:rsidRPr="00441FF2">
        <w:rPr>
          <w:rFonts w:asciiTheme="majorHAnsi" w:hAnsiTheme="majorHAnsi" w:cstheme="majorHAnsi"/>
          <w:sz w:val="22"/>
          <w:lang w:val="cs-CZ"/>
        </w:rPr>
        <w:t>Jay</w:t>
      </w:r>
      <w:proofErr w:type="spellEnd"/>
      <w:r w:rsidRPr="00441FF2">
        <w:rPr>
          <w:rFonts w:asciiTheme="majorHAnsi" w:hAnsiTheme="majorHAnsi" w:cstheme="majorHAnsi"/>
          <w:sz w:val="22"/>
          <w:lang w:val="cs-CZ"/>
        </w:rPr>
        <w:t xml:space="preserve"> </w:t>
      </w:r>
      <w:proofErr w:type="spellStart"/>
      <w:r w:rsidRPr="00441FF2">
        <w:rPr>
          <w:rFonts w:asciiTheme="majorHAnsi" w:hAnsiTheme="majorHAnsi" w:cstheme="majorHAnsi"/>
          <w:sz w:val="22"/>
          <w:lang w:val="cs-CZ"/>
        </w:rPr>
        <w:t>Duplass</w:t>
      </w:r>
      <w:proofErr w:type="spellEnd"/>
      <w:r w:rsidRPr="00441FF2">
        <w:rPr>
          <w:rFonts w:asciiTheme="majorHAnsi" w:hAnsiTheme="majorHAnsi" w:cstheme="majorHAnsi"/>
          <w:sz w:val="22"/>
          <w:lang w:val="cs-CZ"/>
        </w:rPr>
        <w:t xml:space="preserve"> v roli režiséra původního </w:t>
      </w:r>
      <w:proofErr w:type="spellStart"/>
      <w:r w:rsidRPr="00441FF2">
        <w:rPr>
          <w:rFonts w:asciiTheme="majorHAnsi" w:hAnsiTheme="majorHAnsi" w:cstheme="majorHAnsi"/>
          <w:sz w:val="22"/>
          <w:lang w:val="cs-CZ"/>
        </w:rPr>
        <w:t>Rockyho</w:t>
      </w:r>
      <w:proofErr w:type="spellEnd"/>
      <w:r w:rsidRPr="00441FF2">
        <w:rPr>
          <w:rFonts w:asciiTheme="majorHAnsi" w:hAnsiTheme="majorHAnsi" w:cstheme="majorHAnsi"/>
          <w:sz w:val="22"/>
          <w:lang w:val="cs-CZ"/>
        </w:rPr>
        <w:t xml:space="preserve"> Johna G. </w:t>
      </w:r>
      <w:proofErr w:type="spellStart"/>
      <w:r w:rsidRPr="00441FF2">
        <w:rPr>
          <w:rFonts w:asciiTheme="majorHAnsi" w:hAnsiTheme="majorHAnsi" w:cstheme="majorHAnsi"/>
          <w:sz w:val="22"/>
          <w:lang w:val="cs-CZ"/>
        </w:rPr>
        <w:t>Avildsena</w:t>
      </w:r>
      <w:proofErr w:type="spellEnd"/>
      <w:r w:rsidRPr="00441FF2">
        <w:rPr>
          <w:rFonts w:asciiTheme="majorHAnsi" w:hAnsiTheme="majorHAnsi" w:cstheme="majorHAnsi"/>
          <w:sz w:val="22"/>
          <w:lang w:val="cs-CZ"/>
        </w:rPr>
        <w:t xml:space="preserve">. Režie se ujal Peter </w:t>
      </w:r>
      <w:proofErr w:type="spellStart"/>
      <w:r w:rsidRPr="00441FF2">
        <w:rPr>
          <w:rFonts w:asciiTheme="majorHAnsi" w:hAnsiTheme="majorHAnsi" w:cstheme="majorHAnsi"/>
          <w:sz w:val="22"/>
          <w:lang w:val="cs-CZ"/>
        </w:rPr>
        <w:t>Farrelly</w:t>
      </w:r>
      <w:proofErr w:type="spellEnd"/>
      <w:r w:rsidRPr="00441FF2">
        <w:rPr>
          <w:rFonts w:asciiTheme="majorHAnsi" w:hAnsiTheme="majorHAnsi" w:cstheme="majorHAnsi"/>
          <w:sz w:val="22"/>
          <w:lang w:val="cs-CZ"/>
        </w:rPr>
        <w:t xml:space="preserve">, jehož </w:t>
      </w:r>
      <w:r w:rsidRPr="00441FF2">
        <w:rPr>
          <w:rFonts w:asciiTheme="majorHAnsi" w:hAnsiTheme="majorHAnsi" w:cstheme="majorHAnsi"/>
          <w:i/>
          <w:iCs/>
          <w:sz w:val="22"/>
          <w:lang w:val="cs-CZ"/>
        </w:rPr>
        <w:t>Zelená kniha</w:t>
      </w:r>
      <w:r w:rsidRPr="00441FF2">
        <w:rPr>
          <w:rFonts w:asciiTheme="majorHAnsi" w:hAnsiTheme="majorHAnsi" w:cstheme="majorHAnsi"/>
          <w:sz w:val="22"/>
          <w:lang w:val="cs-CZ"/>
        </w:rPr>
        <w:t xml:space="preserve"> získala Oscara za nejlepší film.</w:t>
      </w:r>
    </w:p>
    <w:p w14:paraId="1FEDC222" w14:textId="77777777" w:rsidR="00441FF2" w:rsidRDefault="00B26348" w:rsidP="00FB6C06">
      <w:pPr>
        <w:jc w:val="both"/>
        <w:rPr>
          <w:rFonts w:asciiTheme="majorHAnsi" w:hAnsiTheme="majorHAnsi" w:cstheme="majorHAnsi"/>
          <w:b/>
          <w:sz w:val="22"/>
          <w:lang w:val="cs-CZ"/>
        </w:rPr>
      </w:pPr>
      <w:r w:rsidRPr="00441FF2">
        <w:rPr>
          <w:rFonts w:asciiTheme="majorHAnsi" w:hAnsiTheme="majorHAnsi" w:cstheme="majorHAnsi"/>
          <w:b/>
          <w:sz w:val="22"/>
          <w:lang w:val="cs-CZ"/>
        </w:rPr>
        <w:t>Synopse:</w:t>
      </w:r>
    </w:p>
    <w:p w14:paraId="6A76A738" w14:textId="6436A892" w:rsidR="005807AC" w:rsidRPr="00441FF2" w:rsidRDefault="00492F85" w:rsidP="00441FF2">
      <w:pPr>
        <w:rPr>
          <w:rFonts w:asciiTheme="majorHAnsi" w:hAnsiTheme="majorHAnsi" w:cstheme="majorHAnsi"/>
          <w:sz w:val="22"/>
          <w:lang w:val="cs-CZ"/>
        </w:rPr>
      </w:pPr>
      <w:r w:rsidRPr="00441FF2">
        <w:rPr>
          <w:rFonts w:asciiTheme="majorHAnsi" w:hAnsiTheme="majorHAnsi" w:cstheme="majorHAnsi"/>
          <w:b/>
          <w:sz w:val="22"/>
          <w:lang w:val="cs-CZ"/>
        </w:rPr>
        <w:t xml:space="preserve"> </w:t>
      </w:r>
      <w:r w:rsidRPr="00441FF2">
        <w:rPr>
          <w:rFonts w:asciiTheme="majorHAnsi" w:hAnsiTheme="majorHAnsi" w:cstheme="majorHAnsi"/>
          <w:sz w:val="22"/>
          <w:lang w:val="cs-CZ"/>
        </w:rPr>
        <w:t xml:space="preserve">Sylvester </w:t>
      </w:r>
      <w:proofErr w:type="spellStart"/>
      <w:r w:rsidRPr="00441FF2">
        <w:rPr>
          <w:rFonts w:asciiTheme="majorHAnsi" w:hAnsiTheme="majorHAnsi" w:cstheme="majorHAnsi"/>
          <w:sz w:val="22"/>
          <w:lang w:val="cs-CZ"/>
        </w:rPr>
        <w:t>Stallone</w:t>
      </w:r>
      <w:proofErr w:type="spellEnd"/>
      <w:r w:rsidRPr="00441FF2">
        <w:rPr>
          <w:rFonts w:asciiTheme="majorHAnsi" w:hAnsiTheme="majorHAnsi" w:cstheme="majorHAnsi"/>
          <w:sz w:val="22"/>
          <w:lang w:val="cs-CZ"/>
        </w:rPr>
        <w:t xml:space="preserve"> (Anthony </w:t>
      </w:r>
      <w:proofErr w:type="spellStart"/>
      <w:r w:rsidRPr="00441FF2">
        <w:rPr>
          <w:rFonts w:asciiTheme="majorHAnsi" w:hAnsiTheme="majorHAnsi" w:cstheme="majorHAnsi"/>
          <w:sz w:val="22"/>
          <w:lang w:val="cs-CZ"/>
        </w:rPr>
        <w:t>Ippolito</w:t>
      </w:r>
      <w:proofErr w:type="spellEnd"/>
      <w:r w:rsidRPr="00441FF2">
        <w:rPr>
          <w:rFonts w:asciiTheme="majorHAnsi" w:hAnsiTheme="majorHAnsi" w:cstheme="majorHAnsi"/>
          <w:sz w:val="22"/>
          <w:lang w:val="cs-CZ"/>
        </w:rPr>
        <w:t xml:space="preserve">) je mladý neznámý herec, který sní o velké filmové roli. Když se mu nedaří prorazit, rozhodne se vytvořit si vlastní příležitost a během několika dní napíše scénář o </w:t>
      </w:r>
      <w:proofErr w:type="spellStart"/>
      <w:r w:rsidRPr="00441FF2">
        <w:rPr>
          <w:rFonts w:asciiTheme="majorHAnsi" w:hAnsiTheme="majorHAnsi" w:cstheme="majorHAnsi"/>
          <w:sz w:val="22"/>
          <w:lang w:val="cs-CZ"/>
        </w:rPr>
        <w:t>Rockym</w:t>
      </w:r>
      <w:proofErr w:type="spellEnd"/>
      <w:r w:rsidRPr="00441FF2">
        <w:rPr>
          <w:rFonts w:asciiTheme="majorHAnsi" w:hAnsiTheme="majorHAnsi" w:cstheme="majorHAnsi"/>
          <w:sz w:val="22"/>
          <w:lang w:val="cs-CZ"/>
        </w:rPr>
        <w:t xml:space="preserve"> </w:t>
      </w:r>
      <w:proofErr w:type="spellStart"/>
      <w:r w:rsidRPr="00441FF2">
        <w:rPr>
          <w:rFonts w:asciiTheme="majorHAnsi" w:hAnsiTheme="majorHAnsi" w:cstheme="majorHAnsi"/>
          <w:sz w:val="22"/>
          <w:lang w:val="cs-CZ"/>
        </w:rPr>
        <w:t>Balboovi</w:t>
      </w:r>
      <w:proofErr w:type="spellEnd"/>
      <w:r w:rsidRPr="00441FF2">
        <w:rPr>
          <w:rFonts w:asciiTheme="majorHAnsi" w:hAnsiTheme="majorHAnsi" w:cstheme="majorHAnsi"/>
          <w:sz w:val="22"/>
          <w:lang w:val="cs-CZ"/>
        </w:rPr>
        <w:t xml:space="preserve"> – obyčejném boxerovi z Filadelfie, který dostane životní šanci postavit se světovému šampionovi. Scénář zaujme producenty, ti ale chtějí do hlavní role známější hvězdu. </w:t>
      </w:r>
      <w:proofErr w:type="spellStart"/>
      <w:r w:rsidRPr="00441FF2">
        <w:rPr>
          <w:rFonts w:asciiTheme="majorHAnsi" w:hAnsiTheme="majorHAnsi" w:cstheme="majorHAnsi"/>
          <w:sz w:val="22"/>
          <w:lang w:val="cs-CZ"/>
        </w:rPr>
        <w:t>Stallone</w:t>
      </w:r>
      <w:proofErr w:type="spellEnd"/>
      <w:r w:rsidRPr="00441FF2">
        <w:rPr>
          <w:rFonts w:asciiTheme="majorHAnsi" w:hAnsiTheme="majorHAnsi" w:cstheme="majorHAnsi"/>
          <w:sz w:val="22"/>
          <w:lang w:val="cs-CZ"/>
        </w:rPr>
        <w:t xml:space="preserve"> má jasno: </w:t>
      </w:r>
      <w:proofErr w:type="spellStart"/>
      <w:r w:rsidRPr="00441FF2">
        <w:rPr>
          <w:rFonts w:asciiTheme="majorHAnsi" w:hAnsiTheme="majorHAnsi" w:cstheme="majorHAnsi"/>
          <w:sz w:val="22"/>
          <w:lang w:val="cs-CZ"/>
        </w:rPr>
        <w:t>Rockyho</w:t>
      </w:r>
      <w:proofErr w:type="spellEnd"/>
      <w:r w:rsidRPr="00441FF2">
        <w:rPr>
          <w:rFonts w:asciiTheme="majorHAnsi" w:hAnsiTheme="majorHAnsi" w:cstheme="majorHAnsi"/>
          <w:sz w:val="22"/>
          <w:lang w:val="cs-CZ"/>
        </w:rPr>
        <w:t xml:space="preserve"> musí hrát on.  Začíná tak cesta plná odhodlání, odvahy a víry ve vlastní sen, na jejímž konci vznikne slavné drama </w:t>
      </w:r>
      <w:r w:rsidRPr="00441FF2">
        <w:rPr>
          <w:rFonts w:asciiTheme="majorHAnsi" w:hAnsiTheme="majorHAnsi" w:cstheme="majorHAnsi"/>
          <w:i/>
          <w:iCs/>
          <w:sz w:val="22"/>
          <w:lang w:val="cs-CZ"/>
        </w:rPr>
        <w:t>Rocky</w:t>
      </w:r>
      <w:r w:rsidRPr="00441FF2">
        <w:rPr>
          <w:rFonts w:asciiTheme="majorHAnsi" w:hAnsiTheme="majorHAnsi" w:cstheme="majorHAnsi"/>
          <w:sz w:val="22"/>
          <w:lang w:val="cs-CZ"/>
        </w:rPr>
        <w:t xml:space="preserve">, příběh o outsiderovi, který </w:t>
      </w:r>
      <w:r w:rsidR="00A174B3" w:rsidRPr="00441FF2">
        <w:rPr>
          <w:rFonts w:asciiTheme="majorHAnsi" w:hAnsiTheme="majorHAnsi" w:cstheme="majorHAnsi"/>
          <w:sz w:val="22"/>
          <w:lang w:val="cs-CZ"/>
        </w:rPr>
        <w:t xml:space="preserve">nakonec </w:t>
      </w:r>
      <w:r w:rsidRPr="00441FF2">
        <w:rPr>
          <w:rFonts w:asciiTheme="majorHAnsi" w:hAnsiTheme="majorHAnsi" w:cstheme="majorHAnsi"/>
          <w:sz w:val="22"/>
          <w:lang w:val="cs-CZ"/>
        </w:rPr>
        <w:t xml:space="preserve">zvítězí sám nad sebou. </w:t>
      </w:r>
      <w:r w:rsidRPr="00441FF2">
        <w:rPr>
          <w:rFonts w:asciiTheme="majorHAnsi" w:hAnsiTheme="majorHAnsi" w:cstheme="majorHAnsi"/>
          <w:sz w:val="22"/>
          <w:lang w:val="cs-CZ"/>
        </w:rPr>
        <w:br/>
        <w:t xml:space="preserve">Když snímek v roce 1976 vstoupí do kin, rozpoutá celosvětovou </w:t>
      </w:r>
      <w:r w:rsidR="009A664B" w:rsidRPr="00441FF2">
        <w:rPr>
          <w:rFonts w:asciiTheme="majorHAnsi" w:hAnsiTheme="majorHAnsi" w:cstheme="majorHAnsi"/>
          <w:sz w:val="22"/>
          <w:lang w:val="cs-CZ"/>
        </w:rPr>
        <w:t>senzaci – získá</w:t>
      </w:r>
      <w:r w:rsidRPr="00441FF2">
        <w:rPr>
          <w:rFonts w:asciiTheme="majorHAnsi" w:hAnsiTheme="majorHAnsi" w:cstheme="majorHAnsi"/>
          <w:sz w:val="22"/>
          <w:lang w:val="cs-CZ"/>
        </w:rPr>
        <w:t xml:space="preserve"> Oscara za nejlepší film, z neznámého </w:t>
      </w:r>
      <w:proofErr w:type="spellStart"/>
      <w:r w:rsidRPr="00441FF2">
        <w:rPr>
          <w:rFonts w:asciiTheme="majorHAnsi" w:hAnsiTheme="majorHAnsi" w:cstheme="majorHAnsi"/>
          <w:sz w:val="22"/>
          <w:lang w:val="cs-CZ"/>
        </w:rPr>
        <w:t>Stalloneho</w:t>
      </w:r>
      <w:proofErr w:type="spellEnd"/>
      <w:r w:rsidRPr="00441FF2">
        <w:rPr>
          <w:rFonts w:asciiTheme="majorHAnsi" w:hAnsiTheme="majorHAnsi" w:cstheme="majorHAnsi"/>
          <w:sz w:val="22"/>
          <w:lang w:val="cs-CZ"/>
        </w:rPr>
        <w:t xml:space="preserve"> udělá hvězdu a Rocky Balboa se navždy zapíše mezi nejslavnější filmové hrdiny. </w:t>
      </w:r>
      <w:r w:rsidRPr="00441FF2">
        <w:rPr>
          <w:rStyle w:val="Siln"/>
          <w:rFonts w:asciiTheme="majorHAnsi" w:hAnsiTheme="majorHAnsi" w:cstheme="majorHAnsi"/>
          <w:b w:val="0"/>
          <w:bCs w:val="0"/>
          <w:i/>
          <w:iCs/>
          <w:sz w:val="22"/>
          <w:lang w:val="cs-CZ"/>
        </w:rPr>
        <w:t>Já, Rocky</w:t>
      </w:r>
      <w:r w:rsidRPr="00441FF2">
        <w:rPr>
          <w:rFonts w:asciiTheme="majorHAnsi" w:hAnsiTheme="majorHAnsi" w:cstheme="majorHAnsi"/>
          <w:sz w:val="22"/>
          <w:lang w:val="cs-CZ"/>
        </w:rPr>
        <w:t xml:space="preserve"> je skutečný příběh o zrodu filmové legendy a muži, jehož vlastní cesta se té </w:t>
      </w:r>
      <w:proofErr w:type="spellStart"/>
      <w:r w:rsidRPr="00441FF2">
        <w:rPr>
          <w:rFonts w:asciiTheme="majorHAnsi" w:hAnsiTheme="majorHAnsi" w:cstheme="majorHAnsi"/>
          <w:sz w:val="22"/>
          <w:lang w:val="cs-CZ"/>
        </w:rPr>
        <w:t>Rockyho</w:t>
      </w:r>
      <w:proofErr w:type="spellEnd"/>
      <w:r w:rsidRPr="00441FF2">
        <w:rPr>
          <w:rFonts w:asciiTheme="majorHAnsi" w:hAnsiTheme="majorHAnsi" w:cstheme="majorHAnsi"/>
          <w:sz w:val="22"/>
          <w:lang w:val="cs-CZ"/>
        </w:rPr>
        <w:t xml:space="preserve"> až neuvěřitelně podobá.</w:t>
      </w:r>
    </w:p>
    <w:p w14:paraId="3A5432AB" w14:textId="68727938" w:rsidR="003476C7" w:rsidRPr="00441FF2" w:rsidRDefault="00FB6C06">
      <w:pPr>
        <w:jc w:val="both"/>
        <w:rPr>
          <w:rFonts w:asciiTheme="majorHAnsi" w:hAnsiTheme="majorHAnsi" w:cstheme="majorHAnsi"/>
          <w:b/>
          <w:sz w:val="22"/>
          <w:lang w:val="cs-CZ"/>
        </w:rPr>
      </w:pPr>
      <w:r w:rsidRPr="00441FF2">
        <w:rPr>
          <w:rFonts w:asciiTheme="majorHAnsi" w:hAnsiTheme="majorHAnsi" w:cstheme="majorHAnsi"/>
          <w:b/>
          <w:i/>
          <w:iCs/>
          <w:sz w:val="22"/>
          <w:lang w:val="cs-CZ"/>
        </w:rPr>
        <w:t>Já, Rocky</w:t>
      </w:r>
      <w:r w:rsidRPr="00441FF2">
        <w:rPr>
          <w:rFonts w:asciiTheme="majorHAnsi" w:hAnsiTheme="majorHAnsi" w:cstheme="majorHAnsi"/>
          <w:b/>
          <w:sz w:val="22"/>
          <w:lang w:val="cs-CZ"/>
        </w:rPr>
        <w:t xml:space="preserve"> vstoupí do českých kin 19. 11. 2026</w:t>
      </w:r>
      <w:r w:rsidR="009A624D" w:rsidRPr="00441FF2">
        <w:rPr>
          <w:rFonts w:asciiTheme="majorHAnsi" w:hAnsiTheme="majorHAnsi" w:cstheme="majorHAnsi"/>
          <w:b/>
          <w:sz w:val="22"/>
          <w:lang w:val="cs-CZ"/>
        </w:rPr>
        <w:t xml:space="preserve"> v distribuci společnosti Bioscop</w:t>
      </w:r>
      <w:r w:rsidRPr="00441FF2">
        <w:rPr>
          <w:rFonts w:asciiTheme="majorHAnsi" w:hAnsiTheme="majorHAnsi" w:cstheme="majorHAnsi"/>
          <w:b/>
          <w:sz w:val="22"/>
          <w:lang w:val="cs-CZ"/>
        </w:rPr>
        <w:t>.</w:t>
      </w:r>
    </w:p>
    <w:p w14:paraId="27BFFAD2" w14:textId="5015B8DA" w:rsidR="003476C7" w:rsidRPr="005F69C5" w:rsidRDefault="003476C7" w:rsidP="003476C7">
      <w:pPr>
        <w:rPr>
          <w:rFonts w:asciiTheme="majorHAnsi" w:hAnsiTheme="majorHAnsi" w:cstheme="majorHAnsi"/>
          <w:sz w:val="22"/>
          <w:lang w:val="cs-CZ"/>
        </w:rPr>
      </w:pPr>
    </w:p>
    <w:p w14:paraId="3C7B4FB9" w14:textId="532779E7" w:rsidR="001279E8" w:rsidRPr="005F69C5" w:rsidRDefault="009A624D">
      <w:pPr>
        <w:rPr>
          <w:rFonts w:asciiTheme="majorHAnsi" w:hAnsiTheme="majorHAnsi" w:cstheme="majorHAnsi"/>
          <w:sz w:val="22"/>
          <w:lang w:val="cs-CZ"/>
        </w:rPr>
      </w:pPr>
      <w:r w:rsidRPr="005F69C5">
        <w:rPr>
          <w:rFonts w:asciiTheme="majorHAnsi" w:hAnsiTheme="majorHAnsi" w:cstheme="majorHAnsi"/>
          <w:sz w:val="22"/>
          <w:lang w:val="cs-CZ"/>
        </w:rPr>
        <w:t xml:space="preserve">PR kontakt Bioscop: Jana Šafářová, </w:t>
      </w:r>
      <w:hyperlink r:id="rId9" w:history="1">
        <w:r w:rsidRPr="005F69C5">
          <w:rPr>
            <w:rStyle w:val="Hypertextovodkaz"/>
            <w:rFonts w:asciiTheme="majorHAnsi" w:hAnsiTheme="majorHAnsi" w:cstheme="majorHAnsi"/>
            <w:sz w:val="22"/>
            <w:lang w:val="cs-CZ"/>
          </w:rPr>
          <w:t>jana.safarova@bioscop.cz</w:t>
        </w:r>
      </w:hyperlink>
      <w:r w:rsidRPr="005F69C5">
        <w:rPr>
          <w:rFonts w:asciiTheme="majorHAnsi" w:hAnsiTheme="majorHAnsi" w:cstheme="majorHAnsi"/>
          <w:sz w:val="22"/>
          <w:lang w:val="cs-CZ"/>
        </w:rPr>
        <w:t xml:space="preserve"> </w:t>
      </w:r>
      <w:r w:rsidRPr="005F69C5">
        <w:rPr>
          <w:rFonts w:asciiTheme="majorHAnsi" w:hAnsiTheme="majorHAnsi" w:cstheme="majorHAnsi"/>
          <w:sz w:val="22"/>
          <w:lang w:val="cs-CZ"/>
        </w:rPr>
        <w:br/>
        <w:t>PR kontakt</w:t>
      </w:r>
      <w:r w:rsidR="003476C7" w:rsidRPr="005F69C5">
        <w:rPr>
          <w:rFonts w:asciiTheme="majorHAnsi" w:hAnsiTheme="majorHAnsi" w:cstheme="majorHAnsi"/>
          <w:sz w:val="22"/>
          <w:lang w:val="cs-CZ"/>
        </w:rPr>
        <w:t xml:space="preserve"> filmu Já, Rocky</w:t>
      </w:r>
      <w:r w:rsidRPr="005F69C5">
        <w:rPr>
          <w:rFonts w:asciiTheme="majorHAnsi" w:hAnsiTheme="majorHAnsi" w:cstheme="majorHAnsi"/>
          <w:sz w:val="22"/>
          <w:lang w:val="cs-CZ"/>
        </w:rPr>
        <w:t xml:space="preserve">: Zuzana Janák, </w:t>
      </w:r>
      <w:hyperlink r:id="rId10" w:history="1">
        <w:r w:rsidRPr="005F69C5">
          <w:rPr>
            <w:rStyle w:val="Hypertextovodkaz"/>
            <w:rFonts w:asciiTheme="majorHAnsi" w:hAnsiTheme="majorHAnsi" w:cstheme="majorHAnsi"/>
            <w:sz w:val="22"/>
            <w:lang w:val="cs-CZ"/>
          </w:rPr>
          <w:t>janakovaz@gmail.com</w:t>
        </w:r>
      </w:hyperlink>
      <w:r w:rsidRPr="005F69C5">
        <w:rPr>
          <w:rFonts w:asciiTheme="majorHAnsi" w:hAnsiTheme="majorHAnsi" w:cstheme="majorHAnsi"/>
          <w:sz w:val="22"/>
          <w:lang w:val="cs-CZ"/>
        </w:rPr>
        <w:t>, tel. 724 577 576</w:t>
      </w:r>
    </w:p>
    <w:sectPr w:rsidR="001279E8" w:rsidRPr="005F69C5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115309">
    <w:abstractNumId w:val="8"/>
  </w:num>
  <w:num w:numId="2" w16cid:durableId="593324898">
    <w:abstractNumId w:val="6"/>
  </w:num>
  <w:num w:numId="3" w16cid:durableId="1992561676">
    <w:abstractNumId w:val="5"/>
  </w:num>
  <w:num w:numId="4" w16cid:durableId="350306045">
    <w:abstractNumId w:val="4"/>
  </w:num>
  <w:num w:numId="5" w16cid:durableId="392698161">
    <w:abstractNumId w:val="7"/>
  </w:num>
  <w:num w:numId="6" w16cid:durableId="1653176763">
    <w:abstractNumId w:val="3"/>
  </w:num>
  <w:num w:numId="7" w16cid:durableId="1681812880">
    <w:abstractNumId w:val="2"/>
  </w:num>
  <w:num w:numId="8" w16cid:durableId="1823812273">
    <w:abstractNumId w:val="1"/>
  </w:num>
  <w:num w:numId="9" w16cid:durableId="129246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558D"/>
    <w:rsid w:val="000C2825"/>
    <w:rsid w:val="001279E8"/>
    <w:rsid w:val="0015074B"/>
    <w:rsid w:val="0029639D"/>
    <w:rsid w:val="002F6FF6"/>
    <w:rsid w:val="0030410F"/>
    <w:rsid w:val="0032555A"/>
    <w:rsid w:val="00326F90"/>
    <w:rsid w:val="003476C7"/>
    <w:rsid w:val="003706F6"/>
    <w:rsid w:val="00441FF2"/>
    <w:rsid w:val="0044492D"/>
    <w:rsid w:val="00492F85"/>
    <w:rsid w:val="005807AC"/>
    <w:rsid w:val="005A0788"/>
    <w:rsid w:val="005F69C5"/>
    <w:rsid w:val="007B5A11"/>
    <w:rsid w:val="0080798B"/>
    <w:rsid w:val="00815E75"/>
    <w:rsid w:val="009A624D"/>
    <w:rsid w:val="009A664B"/>
    <w:rsid w:val="009B21F8"/>
    <w:rsid w:val="009D3D60"/>
    <w:rsid w:val="00A12027"/>
    <w:rsid w:val="00A174B3"/>
    <w:rsid w:val="00AA1D8D"/>
    <w:rsid w:val="00B26348"/>
    <w:rsid w:val="00B4166F"/>
    <w:rsid w:val="00B47730"/>
    <w:rsid w:val="00B93F9B"/>
    <w:rsid w:val="00BC5E09"/>
    <w:rsid w:val="00CA01E0"/>
    <w:rsid w:val="00CB0664"/>
    <w:rsid w:val="00CC0D5F"/>
    <w:rsid w:val="00F43A0D"/>
    <w:rsid w:val="00FB6C06"/>
    <w:rsid w:val="00FC693F"/>
    <w:rsid w:val="00FD6086"/>
    <w:rsid w:val="00FF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DF3C61"/>
  <w14:defaultImageDpi w14:val="300"/>
  <w15:docId w15:val="{8FE9A017-FBC6-B743-A846-F72C519A2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pPr>
      <w:spacing w:after="160"/>
    </w:pPr>
    <w:rPr>
      <w:rFonts w:ascii="Arial" w:hAnsi="Arial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textovodkaz">
    <w:name w:val="Hyperlink"/>
    <w:basedOn w:val="Standardnpsmoodstavce"/>
    <w:uiPriority w:val="99"/>
    <w:unhideWhenUsed/>
    <w:rsid w:val="00B26348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26348"/>
    <w:rPr>
      <w:color w:val="605E5C"/>
      <w:shd w:val="clear" w:color="auto" w:fill="E1DFDD"/>
    </w:rPr>
  </w:style>
  <w:style w:type="paragraph" w:customStyle="1" w:styleId="isselectedend">
    <w:name w:val="isselectedend"/>
    <w:basedOn w:val="Normln"/>
    <w:rsid w:val="00492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sk-SK"/>
    </w:rPr>
  </w:style>
  <w:style w:type="paragraph" w:styleId="Normlnweb">
    <w:name w:val="Normal (Web)"/>
    <w:basedOn w:val="Normln"/>
    <w:uiPriority w:val="99"/>
    <w:unhideWhenUsed/>
    <w:rsid w:val="00492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s://www.youtube.com/watch?v=S9Pg-UwNOhI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ega.nz/folder/8r50VQJZ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janakovaz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na.safarova@bioscop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779</Words>
  <Characters>4602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5371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Jana Šafářová</cp:lastModifiedBy>
  <cp:revision>6</cp:revision>
  <dcterms:created xsi:type="dcterms:W3CDTF">2026-08-18T19:27:00Z</dcterms:created>
  <dcterms:modified xsi:type="dcterms:W3CDTF">2026-08-18T19:54:00Z</dcterms:modified>
  <cp:category/>
</cp:coreProperties>
</file>